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B6EE" w14:textId="77777777" w:rsidR="00C97BD5" w:rsidRDefault="00B2654C">
      <w:pPr>
        <w:pStyle w:val="Title"/>
      </w:pPr>
      <w:r>
        <w:t>Richfield Township Zoning Commission</w:t>
      </w:r>
    </w:p>
    <w:p w14:paraId="46D3B33C" w14:textId="2956D150" w:rsidR="00C97BD5" w:rsidRDefault="00CE0C90">
      <w:pPr>
        <w:pStyle w:val="Heading1"/>
      </w:pPr>
      <w:r>
        <w:t>Public Hearing</w:t>
      </w:r>
      <w:r w:rsidR="00B2654C">
        <w:t xml:space="preserve"> Meeting Minutes</w:t>
      </w:r>
    </w:p>
    <w:p w14:paraId="428FD87E" w14:textId="375940D5" w:rsidR="00C97BD5" w:rsidRDefault="00B2654C">
      <w:r>
        <w:t xml:space="preserve">Date: </w:t>
      </w:r>
      <w:r w:rsidR="00937F0B">
        <w:t>0</w:t>
      </w:r>
      <w:r w:rsidR="00CE0C90">
        <w:t>7</w:t>
      </w:r>
      <w:r w:rsidR="000F43B8">
        <w:t>/</w:t>
      </w:r>
      <w:r w:rsidR="007C1BC2">
        <w:t>27</w:t>
      </w:r>
      <w:r w:rsidR="000F43B8">
        <w:t>/2026</w:t>
      </w:r>
    </w:p>
    <w:p w14:paraId="23712F7E" w14:textId="5278B793" w:rsidR="00C97BD5" w:rsidRDefault="00B2654C">
      <w:r>
        <w:t xml:space="preserve">Location: </w:t>
      </w:r>
      <w:r w:rsidR="00CE0C90">
        <w:t>Richfield Fire Department</w:t>
      </w:r>
    </w:p>
    <w:p w14:paraId="4837C6D2" w14:textId="77777777" w:rsidR="00C97BD5" w:rsidRDefault="00B2654C">
      <w:pPr>
        <w:pStyle w:val="Heading2"/>
      </w:pPr>
      <w:r>
        <w:t>Call to Order</w:t>
      </w:r>
    </w:p>
    <w:p w14:paraId="1ED33C29" w14:textId="7511E371" w:rsidR="00C97BD5" w:rsidRDefault="00B2654C">
      <w:r>
        <w:t xml:space="preserve">The meeting of the Richfield Township Zoning Commission was called to order by Chairperson </w:t>
      </w:r>
      <w:r w:rsidR="002372F1">
        <w:t>Doug R</w:t>
      </w:r>
      <w:r>
        <w:t xml:space="preserve"> at </w:t>
      </w:r>
      <w:r w:rsidR="00B87AA7">
        <w:t>1</w:t>
      </w:r>
      <w:r w:rsidR="00CE0C90">
        <w:t>8</w:t>
      </w:r>
      <w:r w:rsidR="007C1BC2">
        <w:t>13</w:t>
      </w:r>
      <w:r w:rsidR="00435F1E">
        <w:t>.</w:t>
      </w:r>
    </w:p>
    <w:p w14:paraId="28B7AA84" w14:textId="54327799" w:rsidR="00C97BD5" w:rsidRDefault="00B410C5">
      <w:r>
        <w:t>Members</w:t>
      </w:r>
      <w:r w:rsidR="00205B1D">
        <w:t xml:space="preserve"> p</w:t>
      </w:r>
      <w:r w:rsidR="00B2654C">
        <w:t xml:space="preserve">resent were: </w:t>
      </w:r>
      <w:r w:rsidR="002372F1">
        <w:t>Doug</w:t>
      </w:r>
      <w:r w:rsidR="00BC7122">
        <w:t xml:space="preserve"> R</w:t>
      </w:r>
      <w:r w:rsidR="002372F1">
        <w:t>, Travis</w:t>
      </w:r>
      <w:r w:rsidR="00BC7122">
        <w:t xml:space="preserve"> G</w:t>
      </w:r>
      <w:r w:rsidR="002372F1">
        <w:t>, Don</w:t>
      </w:r>
      <w:r w:rsidR="00645AFB">
        <w:t xml:space="preserve"> R</w:t>
      </w:r>
      <w:r w:rsidR="002372F1">
        <w:t xml:space="preserve">, </w:t>
      </w:r>
      <w:r w:rsidR="00A3348B">
        <w:t xml:space="preserve">Dianne M, </w:t>
      </w:r>
      <w:r w:rsidR="00044B49">
        <w:t>Mike M</w:t>
      </w:r>
      <w:r w:rsidR="00CC4EC5">
        <w:t>,</w:t>
      </w:r>
      <w:r w:rsidR="005034F5">
        <w:t xml:space="preserve"> </w:t>
      </w:r>
      <w:r w:rsidR="007C1BC2">
        <w:t xml:space="preserve">&amp; </w:t>
      </w:r>
      <w:r w:rsidR="005034F5">
        <w:t>Zach M</w:t>
      </w:r>
      <w:r w:rsidR="00645AFB">
        <w:t xml:space="preserve">. </w:t>
      </w:r>
      <w:r w:rsidR="001D3865">
        <w:t xml:space="preserve"> </w:t>
      </w:r>
    </w:p>
    <w:p w14:paraId="29155795" w14:textId="593F260F" w:rsidR="00C97BD5" w:rsidRDefault="00B2654C">
      <w:pPr>
        <w:pStyle w:val="Heading2"/>
      </w:pPr>
      <w:r>
        <w:t>Approval of Minutes</w:t>
      </w:r>
      <w:r w:rsidR="00F347B4">
        <w:t xml:space="preserve"> </w:t>
      </w:r>
    </w:p>
    <w:p w14:paraId="5483A11C" w14:textId="57D7E580" w:rsidR="00AB4631" w:rsidRDefault="001C3610" w:rsidP="004D3C48">
      <w:r>
        <w:t>No minutes were read due to</w:t>
      </w:r>
      <w:r w:rsidR="00CA56D1">
        <w:t xml:space="preserve"> this being a</w:t>
      </w:r>
      <w:r w:rsidR="00C46871">
        <w:t xml:space="preserve"> Public Hearing for the</w:t>
      </w:r>
      <w:r w:rsidR="00CA56D1">
        <w:t xml:space="preserve"> submitted</w:t>
      </w:r>
      <w:r w:rsidR="00C46871">
        <w:t xml:space="preserve"> Zoning Code and Land Use plan. </w:t>
      </w:r>
    </w:p>
    <w:p w14:paraId="5FFB78AE" w14:textId="703E94E7" w:rsidR="00AB4631" w:rsidRDefault="00CD7A9C" w:rsidP="00AB4631">
      <w:pPr>
        <w:pStyle w:val="Heading2"/>
      </w:pPr>
      <w:r>
        <w:t>Public Hearing</w:t>
      </w:r>
    </w:p>
    <w:p w14:paraId="04FDDE73" w14:textId="49A0E275" w:rsidR="000353F3" w:rsidRDefault="00602E6B" w:rsidP="00C46871">
      <w:r>
        <w:t xml:space="preserve">Doug R </w:t>
      </w:r>
      <w:r w:rsidR="005C53DE">
        <w:t>opened the Public Hearing</w:t>
      </w:r>
      <w:r w:rsidR="00A7541C">
        <w:t xml:space="preserve"> </w:t>
      </w:r>
      <w:r w:rsidR="004C65A3">
        <w:t xml:space="preserve">to discuss the Complete Zoning Resolution text and Map. </w:t>
      </w:r>
    </w:p>
    <w:p w14:paraId="48ECB788" w14:textId="602CC511" w:rsidR="00512B65" w:rsidRDefault="00512B65" w:rsidP="00C46871">
      <w:r>
        <w:t xml:space="preserve">Reviewed recommendation from Lucas County Planning Commission. Lucas Co </w:t>
      </w:r>
      <w:r w:rsidR="00207EE4">
        <w:t xml:space="preserve">approved. </w:t>
      </w:r>
    </w:p>
    <w:p w14:paraId="341CAE34" w14:textId="075B1B40" w:rsidR="000353F3" w:rsidRDefault="000353F3" w:rsidP="00C46871">
      <w:r>
        <w:t>Tim</w:t>
      </w:r>
      <w:r w:rsidR="00676859">
        <w:t xml:space="preserve"> Clancy requested the Zoning Commission to retract </w:t>
      </w:r>
      <w:r w:rsidR="00D5253C">
        <w:t xml:space="preserve">their motion from a previous meeting to change the </w:t>
      </w:r>
      <w:r w:rsidR="002613F4">
        <w:t xml:space="preserve">PUD and CCR districts back to their </w:t>
      </w:r>
      <w:r w:rsidR="00BA78F2">
        <w:t>previous</w:t>
      </w:r>
      <w:r w:rsidR="002613F4">
        <w:t xml:space="preserve"> formatting. </w:t>
      </w:r>
    </w:p>
    <w:p w14:paraId="6F7DE8A9" w14:textId="4EDC757D" w:rsidR="00D50B11" w:rsidRDefault="00B75272" w:rsidP="00C46871">
      <w:r>
        <w:t xml:space="preserve">It was presented that Ozzy’s General Market and </w:t>
      </w:r>
      <w:r w:rsidR="00D311F0">
        <w:t>The Roadhouse need to be changed to solid red representing the neighborhood business overlay district</w:t>
      </w:r>
      <w:r w:rsidR="00DD68AC">
        <w:t xml:space="preserve">. </w:t>
      </w:r>
    </w:p>
    <w:p w14:paraId="5E394440" w14:textId="6D6A0F6B" w:rsidR="00DD68AC" w:rsidRDefault="003B025B" w:rsidP="00C46871">
      <w:r>
        <w:t>Travis</w:t>
      </w:r>
      <w:r w:rsidR="00A47EB2">
        <w:t xml:space="preserve"> G</w:t>
      </w:r>
      <w:r>
        <w:t xml:space="preserve"> made t</w:t>
      </w:r>
      <w:r w:rsidR="00577A97">
        <w:t xml:space="preserve">he motion to </w:t>
      </w:r>
      <w:r w:rsidR="00976D91">
        <w:t xml:space="preserve">send </w:t>
      </w:r>
      <w:r w:rsidR="00DD68AC">
        <w:t xml:space="preserve">the Complete Zoning Resolution text &amp; map </w:t>
      </w:r>
      <w:r w:rsidR="001736CA">
        <w:t xml:space="preserve">to the </w:t>
      </w:r>
      <w:r w:rsidR="00C50EF0">
        <w:t>T</w:t>
      </w:r>
      <w:r w:rsidR="001736CA">
        <w:t>rustee</w:t>
      </w:r>
      <w:r w:rsidR="00C50EF0">
        <w:t>s</w:t>
      </w:r>
      <w:r w:rsidR="001736CA">
        <w:t xml:space="preserve"> with the following changes: 1) Ozzie’s General Market &amp; The Roadhouse </w:t>
      </w:r>
      <w:r w:rsidR="003A006E">
        <w:t xml:space="preserve">changed to </w:t>
      </w:r>
      <w:r w:rsidR="003F0D57">
        <w:t>solid red to represent NB overlay district</w:t>
      </w:r>
      <w:r w:rsidR="001E20A6">
        <w:t>. 2) Review other business in Richfield to make sure there are labeled correctly. 3) Retract previous motion to change the PUD and CCR back to original formatting</w:t>
      </w:r>
      <w:r>
        <w:t xml:space="preserve">. Seconded by Don. </w:t>
      </w:r>
      <w:r w:rsidR="00CD4B8B">
        <w:t xml:space="preserve">Roll call vote: </w:t>
      </w:r>
      <w:r>
        <w:t>Unanimous approval</w:t>
      </w:r>
      <w:r w:rsidR="00CD4B8B">
        <w:t xml:space="preserve">. </w:t>
      </w:r>
    </w:p>
    <w:p w14:paraId="4E3F5DF8" w14:textId="1BFC54C8" w:rsidR="00C97BD5" w:rsidRDefault="00B2654C">
      <w:pPr>
        <w:pStyle w:val="Heading2"/>
      </w:pPr>
      <w:r>
        <w:t>Public Comments</w:t>
      </w:r>
    </w:p>
    <w:p w14:paraId="5E44FFD7" w14:textId="126DAB77" w:rsidR="00CD4B8B" w:rsidRPr="00CD4B8B" w:rsidRDefault="00CD4B8B" w:rsidP="00CD4B8B">
      <w:r>
        <w:t>No Comment</w:t>
      </w:r>
    </w:p>
    <w:p w14:paraId="729CF556" w14:textId="7B517480" w:rsidR="00C97BD5" w:rsidRDefault="00B2654C">
      <w:pPr>
        <w:pStyle w:val="Heading2"/>
      </w:pPr>
      <w:r>
        <w:t>Adjournment</w:t>
      </w:r>
    </w:p>
    <w:p w14:paraId="0A7CDDDB" w14:textId="59DC3473" w:rsidR="00C97BD5" w:rsidRDefault="00B2654C">
      <w:r>
        <w:t xml:space="preserve">With no further business, a motion to adjourn was made by </w:t>
      </w:r>
      <w:r w:rsidR="0005445C">
        <w:t>Do</w:t>
      </w:r>
      <w:r w:rsidR="00CD4B8B">
        <w:t>n</w:t>
      </w:r>
      <w:r>
        <w:t xml:space="preserve"> at </w:t>
      </w:r>
      <w:r w:rsidR="008A4165">
        <w:t>18</w:t>
      </w:r>
      <w:r w:rsidR="00CD4B8B">
        <w:t>36</w:t>
      </w:r>
      <w:r w:rsidR="0005445C">
        <w:t>.</w:t>
      </w:r>
      <w:r>
        <w:t xml:space="preserve"> </w:t>
      </w:r>
      <w:r w:rsidR="001000FA">
        <w:t>S</w:t>
      </w:r>
      <w:r>
        <w:t xml:space="preserve">econded by </w:t>
      </w:r>
      <w:r w:rsidR="006674ED">
        <w:t>Do</w:t>
      </w:r>
      <w:r w:rsidR="00CD4B8B">
        <w:t>ug</w:t>
      </w:r>
      <w:r>
        <w:t xml:space="preserve">. Roll call vote: </w:t>
      </w:r>
      <w:r w:rsidR="0005445C">
        <w:t>Unanimous</w:t>
      </w:r>
      <w:r w:rsidR="00D546FB">
        <w:t xml:space="preserve"> approval</w:t>
      </w:r>
      <w:r w:rsidR="002E6868">
        <w:t xml:space="preserve">. </w:t>
      </w:r>
    </w:p>
    <w:p w14:paraId="7357C68A" w14:textId="11BDF30F" w:rsidR="00C97BD5" w:rsidRDefault="00B2654C">
      <w:r>
        <w:br/>
        <w:t xml:space="preserve">Submitted by: </w:t>
      </w:r>
      <w:r w:rsidR="0005445C">
        <w:t xml:space="preserve">Travis Garlick </w:t>
      </w:r>
    </w:p>
    <w:sectPr w:rsidR="00C97B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AE0B2" w14:textId="77777777" w:rsidR="00F6466A" w:rsidRDefault="00F6466A" w:rsidP="002809AB">
      <w:pPr>
        <w:spacing w:after="0" w:line="240" w:lineRule="auto"/>
      </w:pPr>
      <w:r>
        <w:separator/>
      </w:r>
    </w:p>
  </w:endnote>
  <w:endnote w:type="continuationSeparator" w:id="0">
    <w:p w14:paraId="4BE8966B" w14:textId="77777777" w:rsidR="00F6466A" w:rsidRDefault="00F6466A" w:rsidP="00280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A11A" w14:textId="77777777" w:rsidR="00F6466A" w:rsidRDefault="00F6466A" w:rsidP="002809AB">
      <w:pPr>
        <w:spacing w:after="0" w:line="240" w:lineRule="auto"/>
      </w:pPr>
      <w:r>
        <w:separator/>
      </w:r>
    </w:p>
  </w:footnote>
  <w:footnote w:type="continuationSeparator" w:id="0">
    <w:p w14:paraId="0C3B15D7" w14:textId="77777777" w:rsidR="00F6466A" w:rsidRDefault="00F6466A" w:rsidP="002809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0C7E48"/>
    <w:multiLevelType w:val="hybridMultilevel"/>
    <w:tmpl w:val="25AEC6A8"/>
    <w:lvl w:ilvl="0" w:tplc="992493C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928B2"/>
    <w:multiLevelType w:val="hybridMultilevel"/>
    <w:tmpl w:val="A92A4D98"/>
    <w:lvl w:ilvl="0" w:tplc="3752A66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B1A04"/>
    <w:multiLevelType w:val="hybridMultilevel"/>
    <w:tmpl w:val="D786E048"/>
    <w:lvl w:ilvl="0" w:tplc="8AAA36C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4758"/>
    <w:multiLevelType w:val="hybridMultilevel"/>
    <w:tmpl w:val="AFAE1362"/>
    <w:lvl w:ilvl="0" w:tplc="E012B06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27FF9"/>
    <w:multiLevelType w:val="hybridMultilevel"/>
    <w:tmpl w:val="A4A4B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116A2"/>
    <w:multiLevelType w:val="hybridMultilevel"/>
    <w:tmpl w:val="32A89E36"/>
    <w:lvl w:ilvl="0" w:tplc="34D2B56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45573">
    <w:abstractNumId w:val="8"/>
  </w:num>
  <w:num w:numId="2" w16cid:durableId="962886799">
    <w:abstractNumId w:val="6"/>
  </w:num>
  <w:num w:numId="3" w16cid:durableId="1438023059">
    <w:abstractNumId w:val="5"/>
  </w:num>
  <w:num w:numId="4" w16cid:durableId="1494490161">
    <w:abstractNumId w:val="4"/>
  </w:num>
  <w:num w:numId="5" w16cid:durableId="966542412">
    <w:abstractNumId w:val="7"/>
  </w:num>
  <w:num w:numId="6" w16cid:durableId="2121299354">
    <w:abstractNumId w:val="3"/>
  </w:num>
  <w:num w:numId="7" w16cid:durableId="1774787023">
    <w:abstractNumId w:val="2"/>
  </w:num>
  <w:num w:numId="8" w16cid:durableId="1729305434">
    <w:abstractNumId w:val="1"/>
  </w:num>
  <w:num w:numId="9" w16cid:durableId="26805999">
    <w:abstractNumId w:val="0"/>
  </w:num>
  <w:num w:numId="10" w16cid:durableId="451246995">
    <w:abstractNumId w:val="14"/>
  </w:num>
  <w:num w:numId="11" w16cid:durableId="1658148135">
    <w:abstractNumId w:val="12"/>
  </w:num>
  <w:num w:numId="12" w16cid:durableId="1830101168">
    <w:abstractNumId w:val="11"/>
  </w:num>
  <w:num w:numId="13" w16cid:durableId="1537427851">
    <w:abstractNumId w:val="10"/>
  </w:num>
  <w:num w:numId="14" w16cid:durableId="2038777062">
    <w:abstractNumId w:val="13"/>
  </w:num>
  <w:num w:numId="15" w16cid:durableId="920338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2E"/>
    <w:rsid w:val="00022D70"/>
    <w:rsid w:val="00022F51"/>
    <w:rsid w:val="00023179"/>
    <w:rsid w:val="00025954"/>
    <w:rsid w:val="00031A2F"/>
    <w:rsid w:val="00034616"/>
    <w:rsid w:val="000353F3"/>
    <w:rsid w:val="0003697D"/>
    <w:rsid w:val="00044B49"/>
    <w:rsid w:val="00050590"/>
    <w:rsid w:val="0005445C"/>
    <w:rsid w:val="000567CB"/>
    <w:rsid w:val="0006063C"/>
    <w:rsid w:val="00060B6C"/>
    <w:rsid w:val="0007043C"/>
    <w:rsid w:val="0008334E"/>
    <w:rsid w:val="000876E7"/>
    <w:rsid w:val="00093773"/>
    <w:rsid w:val="000B3D5D"/>
    <w:rsid w:val="000C1D5A"/>
    <w:rsid w:val="000C4C37"/>
    <w:rsid w:val="000D526C"/>
    <w:rsid w:val="000D725B"/>
    <w:rsid w:val="000F2ED7"/>
    <w:rsid w:val="000F43B8"/>
    <w:rsid w:val="001000FA"/>
    <w:rsid w:val="00102D1A"/>
    <w:rsid w:val="00105C82"/>
    <w:rsid w:val="00107166"/>
    <w:rsid w:val="0012250C"/>
    <w:rsid w:val="00150052"/>
    <w:rsid w:val="0015074B"/>
    <w:rsid w:val="00151CEB"/>
    <w:rsid w:val="001676FF"/>
    <w:rsid w:val="00171EFF"/>
    <w:rsid w:val="001736CA"/>
    <w:rsid w:val="00175DCB"/>
    <w:rsid w:val="00185F26"/>
    <w:rsid w:val="0018757B"/>
    <w:rsid w:val="00196308"/>
    <w:rsid w:val="001A79C8"/>
    <w:rsid w:val="001C1B17"/>
    <w:rsid w:val="001C3610"/>
    <w:rsid w:val="001C4EFB"/>
    <w:rsid w:val="001D3865"/>
    <w:rsid w:val="001E20A6"/>
    <w:rsid w:val="001E2579"/>
    <w:rsid w:val="001E5145"/>
    <w:rsid w:val="00203729"/>
    <w:rsid w:val="002043ED"/>
    <w:rsid w:val="0020446C"/>
    <w:rsid w:val="00205B1D"/>
    <w:rsid w:val="002071D0"/>
    <w:rsid w:val="00207EE4"/>
    <w:rsid w:val="00217308"/>
    <w:rsid w:val="002204ED"/>
    <w:rsid w:val="00221727"/>
    <w:rsid w:val="002278C2"/>
    <w:rsid w:val="002314D9"/>
    <w:rsid w:val="00231834"/>
    <w:rsid w:val="00231B4E"/>
    <w:rsid w:val="00232188"/>
    <w:rsid w:val="002369A5"/>
    <w:rsid w:val="002372F1"/>
    <w:rsid w:val="0024223F"/>
    <w:rsid w:val="00244851"/>
    <w:rsid w:val="002507DA"/>
    <w:rsid w:val="002613F4"/>
    <w:rsid w:val="00261517"/>
    <w:rsid w:val="00277581"/>
    <w:rsid w:val="002809AB"/>
    <w:rsid w:val="002816E2"/>
    <w:rsid w:val="00281826"/>
    <w:rsid w:val="00285F06"/>
    <w:rsid w:val="0029639D"/>
    <w:rsid w:val="002B0401"/>
    <w:rsid w:val="002B0E47"/>
    <w:rsid w:val="002B1950"/>
    <w:rsid w:val="002B2992"/>
    <w:rsid w:val="002C1BED"/>
    <w:rsid w:val="002C7554"/>
    <w:rsid w:val="002D25A0"/>
    <w:rsid w:val="002D4B29"/>
    <w:rsid w:val="002D4E2F"/>
    <w:rsid w:val="002E0C28"/>
    <w:rsid w:val="002E6868"/>
    <w:rsid w:val="002F0A00"/>
    <w:rsid w:val="002F4C34"/>
    <w:rsid w:val="00301935"/>
    <w:rsid w:val="00307C75"/>
    <w:rsid w:val="00316283"/>
    <w:rsid w:val="00322255"/>
    <w:rsid w:val="0032369E"/>
    <w:rsid w:val="00326F90"/>
    <w:rsid w:val="00332F25"/>
    <w:rsid w:val="0034607C"/>
    <w:rsid w:val="00367D42"/>
    <w:rsid w:val="0037656E"/>
    <w:rsid w:val="0037709E"/>
    <w:rsid w:val="003770BE"/>
    <w:rsid w:val="00384B4A"/>
    <w:rsid w:val="00394FE3"/>
    <w:rsid w:val="003A006E"/>
    <w:rsid w:val="003B025B"/>
    <w:rsid w:val="003C5404"/>
    <w:rsid w:val="003C619D"/>
    <w:rsid w:val="003E4BB4"/>
    <w:rsid w:val="003E5974"/>
    <w:rsid w:val="003E7BA1"/>
    <w:rsid w:val="003F0D57"/>
    <w:rsid w:val="003F77F9"/>
    <w:rsid w:val="00403D32"/>
    <w:rsid w:val="004110F0"/>
    <w:rsid w:val="00420310"/>
    <w:rsid w:val="00435F1E"/>
    <w:rsid w:val="00451672"/>
    <w:rsid w:val="00454602"/>
    <w:rsid w:val="00456A91"/>
    <w:rsid w:val="00457265"/>
    <w:rsid w:val="00470459"/>
    <w:rsid w:val="0047480C"/>
    <w:rsid w:val="00476419"/>
    <w:rsid w:val="004809C0"/>
    <w:rsid w:val="00481692"/>
    <w:rsid w:val="0048406B"/>
    <w:rsid w:val="00485686"/>
    <w:rsid w:val="00485C1C"/>
    <w:rsid w:val="00486978"/>
    <w:rsid w:val="00492C06"/>
    <w:rsid w:val="004A0FAB"/>
    <w:rsid w:val="004C65A3"/>
    <w:rsid w:val="004D3C48"/>
    <w:rsid w:val="004D4DEC"/>
    <w:rsid w:val="004E2A34"/>
    <w:rsid w:val="004F5F57"/>
    <w:rsid w:val="005034F5"/>
    <w:rsid w:val="0050692C"/>
    <w:rsid w:val="00511F80"/>
    <w:rsid w:val="00512B65"/>
    <w:rsid w:val="005131BF"/>
    <w:rsid w:val="00513AE4"/>
    <w:rsid w:val="00516AF7"/>
    <w:rsid w:val="0052357E"/>
    <w:rsid w:val="00533827"/>
    <w:rsid w:val="00563B02"/>
    <w:rsid w:val="005708EE"/>
    <w:rsid w:val="00577A97"/>
    <w:rsid w:val="00580093"/>
    <w:rsid w:val="00585BDD"/>
    <w:rsid w:val="00591766"/>
    <w:rsid w:val="005A69CD"/>
    <w:rsid w:val="005B4281"/>
    <w:rsid w:val="005C3420"/>
    <w:rsid w:val="005C53DE"/>
    <w:rsid w:val="005C7BE6"/>
    <w:rsid w:val="005D02C4"/>
    <w:rsid w:val="005D71BA"/>
    <w:rsid w:val="005E10E2"/>
    <w:rsid w:val="005E69F9"/>
    <w:rsid w:val="005F1128"/>
    <w:rsid w:val="005F4965"/>
    <w:rsid w:val="005F5FD1"/>
    <w:rsid w:val="006024A4"/>
    <w:rsid w:val="00602E6B"/>
    <w:rsid w:val="0060321F"/>
    <w:rsid w:val="006036C9"/>
    <w:rsid w:val="00605778"/>
    <w:rsid w:val="00605931"/>
    <w:rsid w:val="00612764"/>
    <w:rsid w:val="0061768F"/>
    <w:rsid w:val="00617ACF"/>
    <w:rsid w:val="006345F6"/>
    <w:rsid w:val="0064542B"/>
    <w:rsid w:val="00645AFB"/>
    <w:rsid w:val="00654D38"/>
    <w:rsid w:val="00655A65"/>
    <w:rsid w:val="006674ED"/>
    <w:rsid w:val="00676859"/>
    <w:rsid w:val="00677A14"/>
    <w:rsid w:val="00687E8F"/>
    <w:rsid w:val="00695AE9"/>
    <w:rsid w:val="006A178C"/>
    <w:rsid w:val="006B788B"/>
    <w:rsid w:val="006C50A1"/>
    <w:rsid w:val="006D14F9"/>
    <w:rsid w:val="006D42C5"/>
    <w:rsid w:val="006D74AE"/>
    <w:rsid w:val="006D78ED"/>
    <w:rsid w:val="006E1B3E"/>
    <w:rsid w:val="006E372B"/>
    <w:rsid w:val="006F097F"/>
    <w:rsid w:val="006F4989"/>
    <w:rsid w:val="006F4F2F"/>
    <w:rsid w:val="00700EFE"/>
    <w:rsid w:val="007039C4"/>
    <w:rsid w:val="0070514B"/>
    <w:rsid w:val="00707AC1"/>
    <w:rsid w:val="007179DC"/>
    <w:rsid w:val="007204CC"/>
    <w:rsid w:val="0073044E"/>
    <w:rsid w:val="00752096"/>
    <w:rsid w:val="00765A5C"/>
    <w:rsid w:val="0077216E"/>
    <w:rsid w:val="00776921"/>
    <w:rsid w:val="00782248"/>
    <w:rsid w:val="0078679F"/>
    <w:rsid w:val="00787A24"/>
    <w:rsid w:val="007929BE"/>
    <w:rsid w:val="0079581B"/>
    <w:rsid w:val="00797AD7"/>
    <w:rsid w:val="007A4BB2"/>
    <w:rsid w:val="007A66E1"/>
    <w:rsid w:val="007B67AB"/>
    <w:rsid w:val="007C001A"/>
    <w:rsid w:val="007C1666"/>
    <w:rsid w:val="007C1BC2"/>
    <w:rsid w:val="007D2F72"/>
    <w:rsid w:val="007D70D8"/>
    <w:rsid w:val="007F082C"/>
    <w:rsid w:val="007F246E"/>
    <w:rsid w:val="008139B2"/>
    <w:rsid w:val="00817A15"/>
    <w:rsid w:val="00822E86"/>
    <w:rsid w:val="00824099"/>
    <w:rsid w:val="008242DC"/>
    <w:rsid w:val="00832908"/>
    <w:rsid w:val="00836736"/>
    <w:rsid w:val="0084668E"/>
    <w:rsid w:val="00855332"/>
    <w:rsid w:val="00856E78"/>
    <w:rsid w:val="0086422A"/>
    <w:rsid w:val="00877E0A"/>
    <w:rsid w:val="00891C54"/>
    <w:rsid w:val="0089335C"/>
    <w:rsid w:val="008A319C"/>
    <w:rsid w:val="008A4165"/>
    <w:rsid w:val="008A5E54"/>
    <w:rsid w:val="008E11C2"/>
    <w:rsid w:val="008E2BA5"/>
    <w:rsid w:val="008E3C4A"/>
    <w:rsid w:val="008E5FB1"/>
    <w:rsid w:val="008E6BC0"/>
    <w:rsid w:val="009050C1"/>
    <w:rsid w:val="009259F6"/>
    <w:rsid w:val="00937F0B"/>
    <w:rsid w:val="00940CB5"/>
    <w:rsid w:val="00961E9F"/>
    <w:rsid w:val="00967137"/>
    <w:rsid w:val="00971373"/>
    <w:rsid w:val="00971622"/>
    <w:rsid w:val="00976D91"/>
    <w:rsid w:val="00995D6D"/>
    <w:rsid w:val="009A030E"/>
    <w:rsid w:val="009A4874"/>
    <w:rsid w:val="009A4CB8"/>
    <w:rsid w:val="009A5678"/>
    <w:rsid w:val="009B06BE"/>
    <w:rsid w:val="009C0319"/>
    <w:rsid w:val="009D0D34"/>
    <w:rsid w:val="009D4721"/>
    <w:rsid w:val="009E0107"/>
    <w:rsid w:val="00A01E20"/>
    <w:rsid w:val="00A12139"/>
    <w:rsid w:val="00A17F6D"/>
    <w:rsid w:val="00A315F4"/>
    <w:rsid w:val="00A3348B"/>
    <w:rsid w:val="00A47EB2"/>
    <w:rsid w:val="00A507FB"/>
    <w:rsid w:val="00A7541C"/>
    <w:rsid w:val="00A76024"/>
    <w:rsid w:val="00A810DC"/>
    <w:rsid w:val="00A817FF"/>
    <w:rsid w:val="00A9249A"/>
    <w:rsid w:val="00A92AA4"/>
    <w:rsid w:val="00A93738"/>
    <w:rsid w:val="00A93C9F"/>
    <w:rsid w:val="00A97124"/>
    <w:rsid w:val="00AA1D8D"/>
    <w:rsid w:val="00AA6581"/>
    <w:rsid w:val="00AB4631"/>
    <w:rsid w:val="00AB739D"/>
    <w:rsid w:val="00AC3CC5"/>
    <w:rsid w:val="00AE568E"/>
    <w:rsid w:val="00AF0D33"/>
    <w:rsid w:val="00AF5C3F"/>
    <w:rsid w:val="00B0424F"/>
    <w:rsid w:val="00B114E3"/>
    <w:rsid w:val="00B14BA1"/>
    <w:rsid w:val="00B16444"/>
    <w:rsid w:val="00B16E1C"/>
    <w:rsid w:val="00B21F34"/>
    <w:rsid w:val="00B22CF6"/>
    <w:rsid w:val="00B2654C"/>
    <w:rsid w:val="00B36084"/>
    <w:rsid w:val="00B37B7E"/>
    <w:rsid w:val="00B410C5"/>
    <w:rsid w:val="00B43C73"/>
    <w:rsid w:val="00B47730"/>
    <w:rsid w:val="00B54452"/>
    <w:rsid w:val="00B54BEF"/>
    <w:rsid w:val="00B56E1E"/>
    <w:rsid w:val="00B61731"/>
    <w:rsid w:val="00B628D6"/>
    <w:rsid w:val="00B75272"/>
    <w:rsid w:val="00B87AA7"/>
    <w:rsid w:val="00B87F99"/>
    <w:rsid w:val="00BA73E6"/>
    <w:rsid w:val="00BA78F2"/>
    <w:rsid w:val="00BB74EB"/>
    <w:rsid w:val="00BC3C16"/>
    <w:rsid w:val="00BC7122"/>
    <w:rsid w:val="00BD1621"/>
    <w:rsid w:val="00BD4D63"/>
    <w:rsid w:val="00BF052F"/>
    <w:rsid w:val="00BF3375"/>
    <w:rsid w:val="00BF3E65"/>
    <w:rsid w:val="00C0087E"/>
    <w:rsid w:val="00C04959"/>
    <w:rsid w:val="00C1096A"/>
    <w:rsid w:val="00C1478A"/>
    <w:rsid w:val="00C1704D"/>
    <w:rsid w:val="00C207C2"/>
    <w:rsid w:val="00C20E9E"/>
    <w:rsid w:val="00C25470"/>
    <w:rsid w:val="00C342BB"/>
    <w:rsid w:val="00C3723F"/>
    <w:rsid w:val="00C377C2"/>
    <w:rsid w:val="00C404D5"/>
    <w:rsid w:val="00C46871"/>
    <w:rsid w:val="00C47287"/>
    <w:rsid w:val="00C47693"/>
    <w:rsid w:val="00C50EF0"/>
    <w:rsid w:val="00C51CE8"/>
    <w:rsid w:val="00C619F4"/>
    <w:rsid w:val="00C61DDC"/>
    <w:rsid w:val="00C734FF"/>
    <w:rsid w:val="00C74998"/>
    <w:rsid w:val="00C76C09"/>
    <w:rsid w:val="00C81408"/>
    <w:rsid w:val="00C839F6"/>
    <w:rsid w:val="00C84747"/>
    <w:rsid w:val="00C97BD5"/>
    <w:rsid w:val="00CA07BD"/>
    <w:rsid w:val="00CA26AA"/>
    <w:rsid w:val="00CA56D1"/>
    <w:rsid w:val="00CB0664"/>
    <w:rsid w:val="00CB5920"/>
    <w:rsid w:val="00CC4EC5"/>
    <w:rsid w:val="00CD4B8B"/>
    <w:rsid w:val="00CD517C"/>
    <w:rsid w:val="00CD7A9C"/>
    <w:rsid w:val="00CE0C90"/>
    <w:rsid w:val="00CF1FF7"/>
    <w:rsid w:val="00D0117A"/>
    <w:rsid w:val="00D0780A"/>
    <w:rsid w:val="00D17AE7"/>
    <w:rsid w:val="00D25092"/>
    <w:rsid w:val="00D27BCA"/>
    <w:rsid w:val="00D311F0"/>
    <w:rsid w:val="00D345B3"/>
    <w:rsid w:val="00D36C6A"/>
    <w:rsid w:val="00D50B11"/>
    <w:rsid w:val="00D5253C"/>
    <w:rsid w:val="00D546FB"/>
    <w:rsid w:val="00D64350"/>
    <w:rsid w:val="00D7038E"/>
    <w:rsid w:val="00D80A2C"/>
    <w:rsid w:val="00D80A63"/>
    <w:rsid w:val="00D94B6A"/>
    <w:rsid w:val="00DB0B32"/>
    <w:rsid w:val="00DB10A8"/>
    <w:rsid w:val="00DB2E05"/>
    <w:rsid w:val="00DB7343"/>
    <w:rsid w:val="00DC11FB"/>
    <w:rsid w:val="00DC47E6"/>
    <w:rsid w:val="00DC68C0"/>
    <w:rsid w:val="00DD4631"/>
    <w:rsid w:val="00DD6504"/>
    <w:rsid w:val="00DD68AC"/>
    <w:rsid w:val="00DE2BC3"/>
    <w:rsid w:val="00DF357A"/>
    <w:rsid w:val="00DF4D40"/>
    <w:rsid w:val="00DF7CF9"/>
    <w:rsid w:val="00DF7D67"/>
    <w:rsid w:val="00DF7FC6"/>
    <w:rsid w:val="00E015A1"/>
    <w:rsid w:val="00E01FDB"/>
    <w:rsid w:val="00E06B59"/>
    <w:rsid w:val="00E12A27"/>
    <w:rsid w:val="00E13992"/>
    <w:rsid w:val="00E161B0"/>
    <w:rsid w:val="00E20940"/>
    <w:rsid w:val="00E219CB"/>
    <w:rsid w:val="00E3279A"/>
    <w:rsid w:val="00E3720A"/>
    <w:rsid w:val="00E533B2"/>
    <w:rsid w:val="00E56997"/>
    <w:rsid w:val="00E577F6"/>
    <w:rsid w:val="00E6111B"/>
    <w:rsid w:val="00E656DE"/>
    <w:rsid w:val="00E762F4"/>
    <w:rsid w:val="00E77EB5"/>
    <w:rsid w:val="00E81ED6"/>
    <w:rsid w:val="00E82A9E"/>
    <w:rsid w:val="00E84C73"/>
    <w:rsid w:val="00EA2EEB"/>
    <w:rsid w:val="00EA3D66"/>
    <w:rsid w:val="00EA758F"/>
    <w:rsid w:val="00EB60DA"/>
    <w:rsid w:val="00EB7B81"/>
    <w:rsid w:val="00ED61AA"/>
    <w:rsid w:val="00EE039B"/>
    <w:rsid w:val="00EE4E1E"/>
    <w:rsid w:val="00EE766A"/>
    <w:rsid w:val="00EE7AE3"/>
    <w:rsid w:val="00F04748"/>
    <w:rsid w:val="00F07C87"/>
    <w:rsid w:val="00F117C7"/>
    <w:rsid w:val="00F27B01"/>
    <w:rsid w:val="00F30090"/>
    <w:rsid w:val="00F317C6"/>
    <w:rsid w:val="00F347B4"/>
    <w:rsid w:val="00F6283F"/>
    <w:rsid w:val="00F62DC0"/>
    <w:rsid w:val="00F6466A"/>
    <w:rsid w:val="00F705A9"/>
    <w:rsid w:val="00F715A6"/>
    <w:rsid w:val="00F93D35"/>
    <w:rsid w:val="00F94AB3"/>
    <w:rsid w:val="00F950ED"/>
    <w:rsid w:val="00F9794A"/>
    <w:rsid w:val="00FA702C"/>
    <w:rsid w:val="00FB48EC"/>
    <w:rsid w:val="00FC693F"/>
    <w:rsid w:val="00FC758C"/>
    <w:rsid w:val="00FD5483"/>
    <w:rsid w:val="00FE35FE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7CB53E"/>
  <w14:defaultImageDpi w14:val="300"/>
  <w15:docId w15:val="{96A72E94-5CA0-4A5A-8380-6E9B8E0C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0ee343-0c80-42be-aeac-d688e63ecf48}" enabled="0" method="" siteId="{af0ee343-0c80-42be-aeac-d688e63ecf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Travis Garlick</cp:lastModifiedBy>
  <cp:revision>32</cp:revision>
  <dcterms:created xsi:type="dcterms:W3CDTF">2026-08-10T22:13:00Z</dcterms:created>
  <dcterms:modified xsi:type="dcterms:W3CDTF">2026-08-10T23:08:00Z</dcterms:modified>
  <cp:category/>
</cp:coreProperties>
</file>