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1B6EE" w14:textId="77777777" w:rsidR="00C97BD5" w:rsidRDefault="00B2654C">
      <w:pPr>
        <w:pStyle w:val="Title"/>
      </w:pPr>
      <w:r>
        <w:t>Richfield Township Zoning Commission</w:t>
      </w:r>
    </w:p>
    <w:p w14:paraId="46D3B33C" w14:textId="2956D150" w:rsidR="00C97BD5" w:rsidRDefault="00CE0C90">
      <w:pPr>
        <w:pStyle w:val="Heading1"/>
      </w:pPr>
      <w:r>
        <w:t>Public Hearing</w:t>
      </w:r>
      <w:r w:rsidR="00B2654C">
        <w:t xml:space="preserve"> Meeting Minutes</w:t>
      </w:r>
    </w:p>
    <w:p w14:paraId="428FD87E" w14:textId="56E5CA87" w:rsidR="00C97BD5" w:rsidRDefault="00B2654C">
      <w:r>
        <w:t xml:space="preserve">Date: </w:t>
      </w:r>
      <w:r w:rsidR="00937F0B">
        <w:t>0</w:t>
      </w:r>
      <w:r w:rsidR="00CE0C90">
        <w:t>7</w:t>
      </w:r>
      <w:r w:rsidR="000F43B8">
        <w:t>/</w:t>
      </w:r>
      <w:r w:rsidR="002F4C34">
        <w:t>0</w:t>
      </w:r>
      <w:r w:rsidR="00CE0C90">
        <w:t>6</w:t>
      </w:r>
      <w:r w:rsidR="000F43B8">
        <w:t>/2026</w:t>
      </w:r>
    </w:p>
    <w:p w14:paraId="23712F7E" w14:textId="5278B793" w:rsidR="00C97BD5" w:rsidRDefault="00B2654C">
      <w:r>
        <w:t xml:space="preserve">Location: </w:t>
      </w:r>
      <w:r w:rsidR="00CE0C90">
        <w:t>Richfield Fire Department</w:t>
      </w:r>
    </w:p>
    <w:p w14:paraId="4837C6D2" w14:textId="77777777" w:rsidR="00C97BD5" w:rsidRDefault="00B2654C">
      <w:pPr>
        <w:pStyle w:val="Heading2"/>
      </w:pPr>
      <w:r>
        <w:t>Call to Order</w:t>
      </w:r>
    </w:p>
    <w:p w14:paraId="1ED33C29" w14:textId="7C5FC5BF" w:rsidR="00C97BD5" w:rsidRDefault="00B2654C">
      <w:r>
        <w:t xml:space="preserve">The meeting of the Richfield Township Zoning Commission was called to order by Chairperson </w:t>
      </w:r>
      <w:r w:rsidR="002372F1">
        <w:t>Doug R</w:t>
      </w:r>
      <w:r>
        <w:t xml:space="preserve"> at </w:t>
      </w:r>
      <w:r w:rsidR="00B87AA7">
        <w:t>1</w:t>
      </w:r>
      <w:r w:rsidR="00CE0C90">
        <w:t>803</w:t>
      </w:r>
      <w:r w:rsidR="00435F1E">
        <w:t>.</w:t>
      </w:r>
    </w:p>
    <w:p w14:paraId="28B7AA84" w14:textId="5A696418" w:rsidR="00C97BD5" w:rsidRDefault="00B2654C">
      <w:r>
        <w:t xml:space="preserve">Present were: </w:t>
      </w:r>
      <w:r w:rsidR="002372F1">
        <w:t>Doug</w:t>
      </w:r>
      <w:r w:rsidR="00BC7122">
        <w:t xml:space="preserve"> R</w:t>
      </w:r>
      <w:r w:rsidR="002372F1">
        <w:t>, Travis</w:t>
      </w:r>
      <w:r w:rsidR="00BC7122">
        <w:t xml:space="preserve"> G</w:t>
      </w:r>
      <w:r w:rsidR="002372F1">
        <w:t>, Don</w:t>
      </w:r>
      <w:r w:rsidR="00645AFB">
        <w:t xml:space="preserve"> R</w:t>
      </w:r>
      <w:r w:rsidR="002372F1">
        <w:t xml:space="preserve">, </w:t>
      </w:r>
      <w:r w:rsidR="00A3348B">
        <w:t xml:space="preserve">Dianne M, </w:t>
      </w:r>
      <w:r w:rsidR="00044B49">
        <w:t>Mike M</w:t>
      </w:r>
      <w:r w:rsidR="00CC4EC5">
        <w:t>,</w:t>
      </w:r>
      <w:r w:rsidR="005034F5">
        <w:t xml:space="preserve"> Zach M</w:t>
      </w:r>
      <w:r w:rsidR="001000FA">
        <w:t xml:space="preserve">, </w:t>
      </w:r>
      <w:r w:rsidR="00A3348B">
        <w:t xml:space="preserve">Kim R, </w:t>
      </w:r>
      <w:r w:rsidR="005034F5">
        <w:t xml:space="preserve">&amp; </w:t>
      </w:r>
      <w:r w:rsidR="00DF357A">
        <w:t>Bill C</w:t>
      </w:r>
      <w:r w:rsidR="00645AFB">
        <w:t xml:space="preserve">. </w:t>
      </w:r>
      <w:r w:rsidR="001D3865">
        <w:t xml:space="preserve"> </w:t>
      </w:r>
    </w:p>
    <w:p w14:paraId="29155795" w14:textId="593F260F" w:rsidR="00C97BD5" w:rsidRDefault="00B2654C">
      <w:pPr>
        <w:pStyle w:val="Heading2"/>
      </w:pPr>
      <w:r>
        <w:t>Approval of Minutes</w:t>
      </w:r>
      <w:r w:rsidR="00F347B4">
        <w:t xml:space="preserve"> </w:t>
      </w:r>
    </w:p>
    <w:p w14:paraId="5483A11C" w14:textId="57D7E580" w:rsidR="00AB4631" w:rsidRDefault="001C3610" w:rsidP="004D3C48">
      <w:r>
        <w:t>No minutes were read due to</w:t>
      </w:r>
      <w:r w:rsidR="00CA56D1">
        <w:t xml:space="preserve"> this being a</w:t>
      </w:r>
      <w:r w:rsidR="00C46871">
        <w:t xml:space="preserve"> Public Hearing for the</w:t>
      </w:r>
      <w:r w:rsidR="00CA56D1">
        <w:t xml:space="preserve"> submitted</w:t>
      </w:r>
      <w:r w:rsidR="00C46871">
        <w:t xml:space="preserve"> Zoning Code and Land Use plan. </w:t>
      </w:r>
    </w:p>
    <w:p w14:paraId="5FFB78AE" w14:textId="703E94E7" w:rsidR="00AB4631" w:rsidRDefault="00CD7A9C" w:rsidP="00AB4631">
      <w:pPr>
        <w:pStyle w:val="Heading2"/>
      </w:pPr>
      <w:r>
        <w:t>Public Hearing</w:t>
      </w:r>
    </w:p>
    <w:p w14:paraId="14E0A472" w14:textId="7656E046" w:rsidR="00C46871" w:rsidRPr="00C46871" w:rsidRDefault="00602E6B" w:rsidP="00C46871">
      <w:r>
        <w:t xml:space="preserve">Doug R </w:t>
      </w:r>
      <w:r w:rsidR="005C53DE">
        <w:t>opened the Public Hearing. Stated the Zoning Commission would take Comments and Questions</w:t>
      </w:r>
      <w:r w:rsidR="00476419">
        <w:t xml:space="preserve">, record them, and respond at a future meeting. He placed a continuance on the Public Hearing until after </w:t>
      </w:r>
      <w:r w:rsidR="00025954">
        <w:t>the Zoning Commission</w:t>
      </w:r>
      <w:r w:rsidR="00476419">
        <w:t xml:space="preserve"> receive </w:t>
      </w:r>
      <w:r w:rsidR="00307C75">
        <w:t>the recommendation from Lucas Co Plan Commission</w:t>
      </w:r>
      <w:r w:rsidR="00025954">
        <w:t>. Their meeting is being held on</w:t>
      </w:r>
      <w:r w:rsidR="00307C75">
        <w:t xml:space="preserve"> July 22</w:t>
      </w:r>
      <w:r w:rsidR="00307C75" w:rsidRPr="00307C75">
        <w:rPr>
          <w:vertAlign w:val="superscript"/>
        </w:rPr>
        <w:t>nd</w:t>
      </w:r>
      <w:r w:rsidR="00307C75">
        <w:t xml:space="preserve">. </w:t>
      </w:r>
      <w:r w:rsidR="008E3C4A">
        <w:t>Travis made a motion to hold the continued Public Hearing on July 27</w:t>
      </w:r>
      <w:r w:rsidR="008E3C4A" w:rsidRPr="008E3C4A">
        <w:rPr>
          <w:vertAlign w:val="superscript"/>
        </w:rPr>
        <w:t>th</w:t>
      </w:r>
      <w:r w:rsidR="008E3C4A">
        <w:t xml:space="preserve"> at 6pm in the Richfield Township Fire Department. </w:t>
      </w:r>
      <w:r w:rsidR="008A4165">
        <w:t>Seconded by Don</w:t>
      </w:r>
      <w:r w:rsidR="00E20940">
        <w:t xml:space="preserve">. </w:t>
      </w:r>
      <w:r w:rsidR="00E20940">
        <w:t>Roll call vote: Unanimous approval.</w:t>
      </w:r>
    </w:p>
    <w:p w14:paraId="4E3F5DF8" w14:textId="1BFC54C8" w:rsidR="00C97BD5" w:rsidRDefault="00B2654C">
      <w:pPr>
        <w:pStyle w:val="Heading2"/>
      </w:pPr>
      <w:r>
        <w:t>Public Comments</w:t>
      </w:r>
    </w:p>
    <w:p w14:paraId="4E8F940A" w14:textId="0142C55B" w:rsidR="00307C75" w:rsidRPr="00307C75" w:rsidRDefault="002369A5" w:rsidP="00307C75">
      <w:r>
        <w:t xml:space="preserve">Doug R communicated </w:t>
      </w:r>
      <w:r w:rsidR="002C1BED">
        <w:t xml:space="preserve">that he disagrees </w:t>
      </w:r>
      <w:r>
        <w:t>with Article 6</w:t>
      </w:r>
      <w:r w:rsidR="002C1BED">
        <w:t xml:space="preserve"> green space </w:t>
      </w:r>
      <w:r w:rsidR="006F4989">
        <w:t xml:space="preserve">requirement of 50%. </w:t>
      </w:r>
      <w:r w:rsidR="00F705A9">
        <w:t xml:space="preserve">Suggests that the green space will not be maintained properly. </w:t>
      </w:r>
    </w:p>
    <w:p w14:paraId="729CF556" w14:textId="7B517480" w:rsidR="00C97BD5" w:rsidRDefault="00B2654C">
      <w:pPr>
        <w:pStyle w:val="Heading2"/>
      </w:pPr>
      <w:r>
        <w:t>Adjournment</w:t>
      </w:r>
    </w:p>
    <w:p w14:paraId="0A7CDDDB" w14:textId="10300640" w:rsidR="00C97BD5" w:rsidRDefault="00B2654C">
      <w:r>
        <w:t xml:space="preserve">With no further business, a motion to adjourn was made by </w:t>
      </w:r>
      <w:r w:rsidR="0005445C">
        <w:t>Do</w:t>
      </w:r>
      <w:r w:rsidR="008A4165">
        <w:t>ug</w:t>
      </w:r>
      <w:r>
        <w:t xml:space="preserve"> at </w:t>
      </w:r>
      <w:r w:rsidR="008A4165">
        <w:t>1818</w:t>
      </w:r>
      <w:r w:rsidR="0005445C">
        <w:t>.</w:t>
      </w:r>
      <w:r>
        <w:t xml:space="preserve"> </w:t>
      </w:r>
      <w:r w:rsidR="001000FA">
        <w:t>S</w:t>
      </w:r>
      <w:r>
        <w:t xml:space="preserve">econded by </w:t>
      </w:r>
      <w:r w:rsidR="006674ED">
        <w:t>Do</w:t>
      </w:r>
      <w:r w:rsidR="008A4165">
        <w:t>n</w:t>
      </w:r>
      <w:r>
        <w:t xml:space="preserve">. Roll call vote: </w:t>
      </w:r>
      <w:r w:rsidR="0005445C">
        <w:t>Unanimous</w:t>
      </w:r>
      <w:r w:rsidR="00D546FB">
        <w:t xml:space="preserve"> approval</w:t>
      </w:r>
      <w:r w:rsidR="002E6868">
        <w:t xml:space="preserve">. </w:t>
      </w:r>
    </w:p>
    <w:p w14:paraId="7357C68A" w14:textId="11BDF30F" w:rsidR="00C97BD5" w:rsidRDefault="00B2654C">
      <w:r>
        <w:br/>
        <w:t xml:space="preserve">Submitted by: </w:t>
      </w:r>
      <w:r w:rsidR="0005445C">
        <w:t xml:space="preserve">Travis Garlick </w:t>
      </w:r>
    </w:p>
    <w:sectPr w:rsidR="00C97B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5C21E" w14:textId="77777777" w:rsidR="00C51CE8" w:rsidRDefault="00C51CE8" w:rsidP="002809AB">
      <w:pPr>
        <w:spacing w:after="0" w:line="240" w:lineRule="auto"/>
      </w:pPr>
      <w:r>
        <w:separator/>
      </w:r>
    </w:p>
  </w:endnote>
  <w:endnote w:type="continuationSeparator" w:id="0">
    <w:p w14:paraId="6B99892C" w14:textId="77777777" w:rsidR="00C51CE8" w:rsidRDefault="00C51CE8" w:rsidP="00280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32AB" w14:textId="77777777" w:rsidR="00C51CE8" w:rsidRDefault="00C51CE8" w:rsidP="002809AB">
      <w:pPr>
        <w:spacing w:after="0" w:line="240" w:lineRule="auto"/>
      </w:pPr>
      <w:r>
        <w:separator/>
      </w:r>
    </w:p>
  </w:footnote>
  <w:footnote w:type="continuationSeparator" w:id="0">
    <w:p w14:paraId="23698BBF" w14:textId="77777777" w:rsidR="00C51CE8" w:rsidRDefault="00C51CE8" w:rsidP="002809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0C7E48"/>
    <w:multiLevelType w:val="hybridMultilevel"/>
    <w:tmpl w:val="25AEC6A8"/>
    <w:lvl w:ilvl="0" w:tplc="992493C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928B2"/>
    <w:multiLevelType w:val="hybridMultilevel"/>
    <w:tmpl w:val="A92A4D98"/>
    <w:lvl w:ilvl="0" w:tplc="3752A66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B1A04"/>
    <w:multiLevelType w:val="hybridMultilevel"/>
    <w:tmpl w:val="D786E048"/>
    <w:lvl w:ilvl="0" w:tplc="8AAA36C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4758"/>
    <w:multiLevelType w:val="hybridMultilevel"/>
    <w:tmpl w:val="AFAE1362"/>
    <w:lvl w:ilvl="0" w:tplc="E012B06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27FF9"/>
    <w:multiLevelType w:val="hybridMultilevel"/>
    <w:tmpl w:val="A4A4B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116A2"/>
    <w:multiLevelType w:val="hybridMultilevel"/>
    <w:tmpl w:val="32A89E36"/>
    <w:lvl w:ilvl="0" w:tplc="34D2B56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45573">
    <w:abstractNumId w:val="8"/>
  </w:num>
  <w:num w:numId="2" w16cid:durableId="962886799">
    <w:abstractNumId w:val="6"/>
  </w:num>
  <w:num w:numId="3" w16cid:durableId="1438023059">
    <w:abstractNumId w:val="5"/>
  </w:num>
  <w:num w:numId="4" w16cid:durableId="1494490161">
    <w:abstractNumId w:val="4"/>
  </w:num>
  <w:num w:numId="5" w16cid:durableId="966542412">
    <w:abstractNumId w:val="7"/>
  </w:num>
  <w:num w:numId="6" w16cid:durableId="2121299354">
    <w:abstractNumId w:val="3"/>
  </w:num>
  <w:num w:numId="7" w16cid:durableId="1774787023">
    <w:abstractNumId w:val="2"/>
  </w:num>
  <w:num w:numId="8" w16cid:durableId="1729305434">
    <w:abstractNumId w:val="1"/>
  </w:num>
  <w:num w:numId="9" w16cid:durableId="26805999">
    <w:abstractNumId w:val="0"/>
  </w:num>
  <w:num w:numId="10" w16cid:durableId="451246995">
    <w:abstractNumId w:val="14"/>
  </w:num>
  <w:num w:numId="11" w16cid:durableId="1658148135">
    <w:abstractNumId w:val="12"/>
  </w:num>
  <w:num w:numId="12" w16cid:durableId="1830101168">
    <w:abstractNumId w:val="11"/>
  </w:num>
  <w:num w:numId="13" w16cid:durableId="1537427851">
    <w:abstractNumId w:val="10"/>
  </w:num>
  <w:num w:numId="14" w16cid:durableId="2038777062">
    <w:abstractNumId w:val="13"/>
  </w:num>
  <w:num w:numId="15" w16cid:durableId="9203387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62E"/>
    <w:rsid w:val="00022D70"/>
    <w:rsid w:val="00022F51"/>
    <w:rsid w:val="00023179"/>
    <w:rsid w:val="00025954"/>
    <w:rsid w:val="00031A2F"/>
    <w:rsid w:val="00034616"/>
    <w:rsid w:val="0003697D"/>
    <w:rsid w:val="00044B49"/>
    <w:rsid w:val="00050590"/>
    <w:rsid w:val="0005445C"/>
    <w:rsid w:val="000567CB"/>
    <w:rsid w:val="0006063C"/>
    <w:rsid w:val="00060B6C"/>
    <w:rsid w:val="0007043C"/>
    <w:rsid w:val="0008334E"/>
    <w:rsid w:val="000876E7"/>
    <w:rsid w:val="00093773"/>
    <w:rsid w:val="000B3D5D"/>
    <w:rsid w:val="000C1D5A"/>
    <w:rsid w:val="000C4C37"/>
    <w:rsid w:val="000D526C"/>
    <w:rsid w:val="000D725B"/>
    <w:rsid w:val="000F2ED7"/>
    <w:rsid w:val="000F43B8"/>
    <w:rsid w:val="001000FA"/>
    <w:rsid w:val="00102D1A"/>
    <w:rsid w:val="00105C82"/>
    <w:rsid w:val="00107166"/>
    <w:rsid w:val="0012250C"/>
    <w:rsid w:val="00150052"/>
    <w:rsid w:val="0015074B"/>
    <w:rsid w:val="00151CEB"/>
    <w:rsid w:val="001676FF"/>
    <w:rsid w:val="00171EFF"/>
    <w:rsid w:val="00175DCB"/>
    <w:rsid w:val="00185F26"/>
    <w:rsid w:val="0018757B"/>
    <w:rsid w:val="00196308"/>
    <w:rsid w:val="001A79C8"/>
    <w:rsid w:val="001C1B17"/>
    <w:rsid w:val="001C3610"/>
    <w:rsid w:val="001C4EFB"/>
    <w:rsid w:val="001D3865"/>
    <w:rsid w:val="001E2579"/>
    <w:rsid w:val="001E5145"/>
    <w:rsid w:val="00203729"/>
    <w:rsid w:val="002043ED"/>
    <w:rsid w:val="0020446C"/>
    <w:rsid w:val="002071D0"/>
    <w:rsid w:val="00217308"/>
    <w:rsid w:val="002204ED"/>
    <w:rsid w:val="00221727"/>
    <w:rsid w:val="002278C2"/>
    <w:rsid w:val="002314D9"/>
    <w:rsid w:val="00231834"/>
    <w:rsid w:val="00231B4E"/>
    <w:rsid w:val="00232188"/>
    <w:rsid w:val="002369A5"/>
    <w:rsid w:val="002372F1"/>
    <w:rsid w:val="0024223F"/>
    <w:rsid w:val="00244851"/>
    <w:rsid w:val="002507DA"/>
    <w:rsid w:val="00261517"/>
    <w:rsid w:val="00277581"/>
    <w:rsid w:val="002809AB"/>
    <w:rsid w:val="002816E2"/>
    <w:rsid w:val="00281826"/>
    <w:rsid w:val="00285F06"/>
    <w:rsid w:val="0029639D"/>
    <w:rsid w:val="002B0401"/>
    <w:rsid w:val="002B0E47"/>
    <w:rsid w:val="002B1950"/>
    <w:rsid w:val="002B2992"/>
    <w:rsid w:val="002C1BED"/>
    <w:rsid w:val="002C7554"/>
    <w:rsid w:val="002D25A0"/>
    <w:rsid w:val="002D4B29"/>
    <w:rsid w:val="002D4E2F"/>
    <w:rsid w:val="002E0C28"/>
    <w:rsid w:val="002E6868"/>
    <w:rsid w:val="002F0A00"/>
    <w:rsid w:val="002F4C34"/>
    <w:rsid w:val="00301935"/>
    <w:rsid w:val="00307C75"/>
    <w:rsid w:val="00316283"/>
    <w:rsid w:val="00322255"/>
    <w:rsid w:val="0032369E"/>
    <w:rsid w:val="00326F90"/>
    <w:rsid w:val="00332F25"/>
    <w:rsid w:val="0034607C"/>
    <w:rsid w:val="00367D42"/>
    <w:rsid w:val="0037656E"/>
    <w:rsid w:val="0037709E"/>
    <w:rsid w:val="003770BE"/>
    <w:rsid w:val="00384B4A"/>
    <w:rsid w:val="00394FE3"/>
    <w:rsid w:val="003C5404"/>
    <w:rsid w:val="003C619D"/>
    <w:rsid w:val="003E4BB4"/>
    <w:rsid w:val="003E5974"/>
    <w:rsid w:val="003E7BA1"/>
    <w:rsid w:val="003F77F9"/>
    <w:rsid w:val="00403D32"/>
    <w:rsid w:val="004110F0"/>
    <w:rsid w:val="00420310"/>
    <w:rsid w:val="00435F1E"/>
    <w:rsid w:val="00451672"/>
    <w:rsid w:val="00454602"/>
    <w:rsid w:val="00456A91"/>
    <w:rsid w:val="00457265"/>
    <w:rsid w:val="00470459"/>
    <w:rsid w:val="0047480C"/>
    <w:rsid w:val="00476419"/>
    <w:rsid w:val="004809C0"/>
    <w:rsid w:val="00481692"/>
    <w:rsid w:val="0048406B"/>
    <w:rsid w:val="00485686"/>
    <w:rsid w:val="00485C1C"/>
    <w:rsid w:val="00486978"/>
    <w:rsid w:val="00492C06"/>
    <w:rsid w:val="004A0FAB"/>
    <w:rsid w:val="004D3C48"/>
    <w:rsid w:val="004D4DEC"/>
    <w:rsid w:val="004E2A34"/>
    <w:rsid w:val="004F5F57"/>
    <w:rsid w:val="005034F5"/>
    <w:rsid w:val="0050692C"/>
    <w:rsid w:val="00511F80"/>
    <w:rsid w:val="005131BF"/>
    <w:rsid w:val="00513AE4"/>
    <w:rsid w:val="00516AF7"/>
    <w:rsid w:val="0052357E"/>
    <w:rsid w:val="00533827"/>
    <w:rsid w:val="00563B02"/>
    <w:rsid w:val="005708EE"/>
    <w:rsid w:val="00580093"/>
    <w:rsid w:val="00585BDD"/>
    <w:rsid w:val="00591766"/>
    <w:rsid w:val="005A69CD"/>
    <w:rsid w:val="005B4281"/>
    <w:rsid w:val="005C3420"/>
    <w:rsid w:val="005C53DE"/>
    <w:rsid w:val="005C7BE6"/>
    <w:rsid w:val="005D02C4"/>
    <w:rsid w:val="005D71BA"/>
    <w:rsid w:val="005E10E2"/>
    <w:rsid w:val="005E69F9"/>
    <w:rsid w:val="005F1128"/>
    <w:rsid w:val="005F4965"/>
    <w:rsid w:val="005F5FD1"/>
    <w:rsid w:val="006024A4"/>
    <w:rsid w:val="00602E6B"/>
    <w:rsid w:val="0060321F"/>
    <w:rsid w:val="006036C9"/>
    <w:rsid w:val="00605778"/>
    <w:rsid w:val="00605931"/>
    <w:rsid w:val="00612764"/>
    <w:rsid w:val="0061768F"/>
    <w:rsid w:val="00617ACF"/>
    <w:rsid w:val="006345F6"/>
    <w:rsid w:val="0064542B"/>
    <w:rsid w:val="00645AFB"/>
    <w:rsid w:val="00654D38"/>
    <w:rsid w:val="00655A65"/>
    <w:rsid w:val="006674ED"/>
    <w:rsid w:val="00677A14"/>
    <w:rsid w:val="00687E8F"/>
    <w:rsid w:val="00695AE9"/>
    <w:rsid w:val="006A178C"/>
    <w:rsid w:val="006B788B"/>
    <w:rsid w:val="006C50A1"/>
    <w:rsid w:val="006D14F9"/>
    <w:rsid w:val="006D42C5"/>
    <w:rsid w:val="006D74AE"/>
    <w:rsid w:val="006D78ED"/>
    <w:rsid w:val="006E1B3E"/>
    <w:rsid w:val="006E372B"/>
    <w:rsid w:val="006F097F"/>
    <w:rsid w:val="006F4989"/>
    <w:rsid w:val="006F4F2F"/>
    <w:rsid w:val="00700EFE"/>
    <w:rsid w:val="007039C4"/>
    <w:rsid w:val="0070514B"/>
    <w:rsid w:val="00707AC1"/>
    <w:rsid w:val="007179DC"/>
    <w:rsid w:val="007204CC"/>
    <w:rsid w:val="0073044E"/>
    <w:rsid w:val="00752096"/>
    <w:rsid w:val="00765A5C"/>
    <w:rsid w:val="0077216E"/>
    <w:rsid w:val="00776921"/>
    <w:rsid w:val="00782248"/>
    <w:rsid w:val="0078679F"/>
    <w:rsid w:val="00787A24"/>
    <w:rsid w:val="007929BE"/>
    <w:rsid w:val="0079581B"/>
    <w:rsid w:val="00797AD7"/>
    <w:rsid w:val="007A4BB2"/>
    <w:rsid w:val="007A66E1"/>
    <w:rsid w:val="007B67AB"/>
    <w:rsid w:val="007C001A"/>
    <w:rsid w:val="007C1666"/>
    <w:rsid w:val="007D2F72"/>
    <w:rsid w:val="007D70D8"/>
    <w:rsid w:val="007F082C"/>
    <w:rsid w:val="007F246E"/>
    <w:rsid w:val="008139B2"/>
    <w:rsid w:val="00817A15"/>
    <w:rsid w:val="00822E86"/>
    <w:rsid w:val="00824099"/>
    <w:rsid w:val="008242DC"/>
    <w:rsid w:val="00832908"/>
    <w:rsid w:val="00836736"/>
    <w:rsid w:val="0084668E"/>
    <w:rsid w:val="00855332"/>
    <w:rsid w:val="00856E78"/>
    <w:rsid w:val="0086422A"/>
    <w:rsid w:val="00877E0A"/>
    <w:rsid w:val="00891C54"/>
    <w:rsid w:val="0089335C"/>
    <w:rsid w:val="008A319C"/>
    <w:rsid w:val="008A4165"/>
    <w:rsid w:val="008A5E54"/>
    <w:rsid w:val="008E11C2"/>
    <w:rsid w:val="008E2BA5"/>
    <w:rsid w:val="008E3C4A"/>
    <w:rsid w:val="008E5FB1"/>
    <w:rsid w:val="008E6BC0"/>
    <w:rsid w:val="009050C1"/>
    <w:rsid w:val="009259F6"/>
    <w:rsid w:val="00937F0B"/>
    <w:rsid w:val="00940CB5"/>
    <w:rsid w:val="00961E9F"/>
    <w:rsid w:val="00967137"/>
    <w:rsid w:val="00971373"/>
    <w:rsid w:val="00971622"/>
    <w:rsid w:val="00995D6D"/>
    <w:rsid w:val="009A030E"/>
    <w:rsid w:val="009A4874"/>
    <w:rsid w:val="009A4CB8"/>
    <w:rsid w:val="009A5678"/>
    <w:rsid w:val="009B06BE"/>
    <w:rsid w:val="009C0319"/>
    <w:rsid w:val="009D0D34"/>
    <w:rsid w:val="009D4721"/>
    <w:rsid w:val="009E0107"/>
    <w:rsid w:val="00A01E20"/>
    <w:rsid w:val="00A12139"/>
    <w:rsid w:val="00A17F6D"/>
    <w:rsid w:val="00A315F4"/>
    <w:rsid w:val="00A3348B"/>
    <w:rsid w:val="00A507FB"/>
    <w:rsid w:val="00A76024"/>
    <w:rsid w:val="00A810DC"/>
    <w:rsid w:val="00A817FF"/>
    <w:rsid w:val="00A9249A"/>
    <w:rsid w:val="00A92AA4"/>
    <w:rsid w:val="00A93738"/>
    <w:rsid w:val="00A93C9F"/>
    <w:rsid w:val="00A97124"/>
    <w:rsid w:val="00AA1D8D"/>
    <w:rsid w:val="00AA6581"/>
    <w:rsid w:val="00AB4631"/>
    <w:rsid w:val="00AB739D"/>
    <w:rsid w:val="00AC3CC5"/>
    <w:rsid w:val="00AE568E"/>
    <w:rsid w:val="00AF0D33"/>
    <w:rsid w:val="00AF5C3F"/>
    <w:rsid w:val="00B0424F"/>
    <w:rsid w:val="00B114E3"/>
    <w:rsid w:val="00B14BA1"/>
    <w:rsid w:val="00B16444"/>
    <w:rsid w:val="00B16E1C"/>
    <w:rsid w:val="00B21F34"/>
    <w:rsid w:val="00B22CF6"/>
    <w:rsid w:val="00B2654C"/>
    <w:rsid w:val="00B36084"/>
    <w:rsid w:val="00B37B7E"/>
    <w:rsid w:val="00B43C73"/>
    <w:rsid w:val="00B47730"/>
    <w:rsid w:val="00B54452"/>
    <w:rsid w:val="00B54BEF"/>
    <w:rsid w:val="00B56E1E"/>
    <w:rsid w:val="00B61731"/>
    <w:rsid w:val="00B628D6"/>
    <w:rsid w:val="00B87AA7"/>
    <w:rsid w:val="00B87F99"/>
    <w:rsid w:val="00BA73E6"/>
    <w:rsid w:val="00BB74EB"/>
    <w:rsid w:val="00BC3C16"/>
    <w:rsid w:val="00BC7122"/>
    <w:rsid w:val="00BD1621"/>
    <w:rsid w:val="00BD4D63"/>
    <w:rsid w:val="00BF052F"/>
    <w:rsid w:val="00BF3375"/>
    <w:rsid w:val="00BF3E65"/>
    <w:rsid w:val="00C0087E"/>
    <w:rsid w:val="00C04959"/>
    <w:rsid w:val="00C1096A"/>
    <w:rsid w:val="00C1478A"/>
    <w:rsid w:val="00C1704D"/>
    <w:rsid w:val="00C207C2"/>
    <w:rsid w:val="00C20E9E"/>
    <w:rsid w:val="00C25470"/>
    <w:rsid w:val="00C342BB"/>
    <w:rsid w:val="00C3723F"/>
    <w:rsid w:val="00C377C2"/>
    <w:rsid w:val="00C404D5"/>
    <w:rsid w:val="00C46871"/>
    <w:rsid w:val="00C47287"/>
    <w:rsid w:val="00C47693"/>
    <w:rsid w:val="00C51CE8"/>
    <w:rsid w:val="00C619F4"/>
    <w:rsid w:val="00C61DDC"/>
    <w:rsid w:val="00C734FF"/>
    <w:rsid w:val="00C74998"/>
    <w:rsid w:val="00C76C09"/>
    <w:rsid w:val="00C81408"/>
    <w:rsid w:val="00C839F6"/>
    <w:rsid w:val="00C84747"/>
    <w:rsid w:val="00C97BD5"/>
    <w:rsid w:val="00CA07BD"/>
    <w:rsid w:val="00CA26AA"/>
    <w:rsid w:val="00CA56D1"/>
    <w:rsid w:val="00CB0664"/>
    <w:rsid w:val="00CB5920"/>
    <w:rsid w:val="00CC4EC5"/>
    <w:rsid w:val="00CD517C"/>
    <w:rsid w:val="00CD7A9C"/>
    <w:rsid w:val="00CE0C90"/>
    <w:rsid w:val="00CF1FF7"/>
    <w:rsid w:val="00D0117A"/>
    <w:rsid w:val="00D0780A"/>
    <w:rsid w:val="00D17AE7"/>
    <w:rsid w:val="00D25092"/>
    <w:rsid w:val="00D27BCA"/>
    <w:rsid w:val="00D345B3"/>
    <w:rsid w:val="00D36C6A"/>
    <w:rsid w:val="00D546FB"/>
    <w:rsid w:val="00D64350"/>
    <w:rsid w:val="00D7038E"/>
    <w:rsid w:val="00D80A2C"/>
    <w:rsid w:val="00D80A63"/>
    <w:rsid w:val="00D94B6A"/>
    <w:rsid w:val="00DB0B32"/>
    <w:rsid w:val="00DB10A8"/>
    <w:rsid w:val="00DB2E05"/>
    <w:rsid w:val="00DB7343"/>
    <w:rsid w:val="00DC11FB"/>
    <w:rsid w:val="00DC47E6"/>
    <w:rsid w:val="00DC68C0"/>
    <w:rsid w:val="00DD4631"/>
    <w:rsid w:val="00DD6504"/>
    <w:rsid w:val="00DE2BC3"/>
    <w:rsid w:val="00DF357A"/>
    <w:rsid w:val="00DF4D40"/>
    <w:rsid w:val="00DF7CF9"/>
    <w:rsid w:val="00DF7D67"/>
    <w:rsid w:val="00DF7FC6"/>
    <w:rsid w:val="00E015A1"/>
    <w:rsid w:val="00E01FDB"/>
    <w:rsid w:val="00E06B59"/>
    <w:rsid w:val="00E13992"/>
    <w:rsid w:val="00E161B0"/>
    <w:rsid w:val="00E20940"/>
    <w:rsid w:val="00E219CB"/>
    <w:rsid w:val="00E3279A"/>
    <w:rsid w:val="00E3720A"/>
    <w:rsid w:val="00E533B2"/>
    <w:rsid w:val="00E56997"/>
    <w:rsid w:val="00E577F6"/>
    <w:rsid w:val="00E6111B"/>
    <w:rsid w:val="00E656DE"/>
    <w:rsid w:val="00E762F4"/>
    <w:rsid w:val="00E77EB5"/>
    <w:rsid w:val="00E81ED6"/>
    <w:rsid w:val="00E82A9E"/>
    <w:rsid w:val="00E84C73"/>
    <w:rsid w:val="00EA2EEB"/>
    <w:rsid w:val="00EA3D66"/>
    <w:rsid w:val="00EA758F"/>
    <w:rsid w:val="00EB60DA"/>
    <w:rsid w:val="00EB7B81"/>
    <w:rsid w:val="00ED61AA"/>
    <w:rsid w:val="00EE039B"/>
    <w:rsid w:val="00EE4E1E"/>
    <w:rsid w:val="00EE766A"/>
    <w:rsid w:val="00F04748"/>
    <w:rsid w:val="00F07C87"/>
    <w:rsid w:val="00F117C7"/>
    <w:rsid w:val="00F27B01"/>
    <w:rsid w:val="00F30090"/>
    <w:rsid w:val="00F317C6"/>
    <w:rsid w:val="00F347B4"/>
    <w:rsid w:val="00F6283F"/>
    <w:rsid w:val="00F62DC0"/>
    <w:rsid w:val="00F705A9"/>
    <w:rsid w:val="00F93D35"/>
    <w:rsid w:val="00F94AB3"/>
    <w:rsid w:val="00F950ED"/>
    <w:rsid w:val="00F9794A"/>
    <w:rsid w:val="00FA702C"/>
    <w:rsid w:val="00FB48EC"/>
    <w:rsid w:val="00FC693F"/>
    <w:rsid w:val="00FC758C"/>
    <w:rsid w:val="00FD5483"/>
    <w:rsid w:val="00FE35FE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7CB53E"/>
  <w14:defaultImageDpi w14:val="300"/>
  <w15:docId w15:val="{96A72E94-5CA0-4A5A-8380-6E9B8E0C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0ee343-0c80-42be-aeac-d688e63ecf48}" enabled="0" method="" siteId="{af0ee343-0c80-42be-aeac-d688e63ecf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Travis Garlick</cp:lastModifiedBy>
  <cp:revision>25</cp:revision>
  <dcterms:created xsi:type="dcterms:W3CDTF">2026-07-06T23:12:00Z</dcterms:created>
  <dcterms:modified xsi:type="dcterms:W3CDTF">2026-07-07T00:24:00Z</dcterms:modified>
  <cp:category/>
</cp:coreProperties>
</file>