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1B6EE" w14:textId="77777777" w:rsidR="00C97BD5" w:rsidRDefault="00B2654C">
      <w:pPr>
        <w:pStyle w:val="Title"/>
      </w:pPr>
      <w:r>
        <w:t>Richfield Township Zoning Commission</w:t>
      </w:r>
    </w:p>
    <w:p w14:paraId="46D3B33C" w14:textId="73826714" w:rsidR="00C97BD5" w:rsidRDefault="001676FF">
      <w:pPr>
        <w:pStyle w:val="Heading1"/>
      </w:pPr>
      <w:r>
        <w:t>Regular</w:t>
      </w:r>
      <w:r w:rsidR="00B2654C">
        <w:t xml:space="preserve"> Meeting Minutes</w:t>
      </w:r>
    </w:p>
    <w:p w14:paraId="428FD87E" w14:textId="0862EED3" w:rsidR="00C97BD5" w:rsidRDefault="00B2654C">
      <w:r>
        <w:t xml:space="preserve">Date: </w:t>
      </w:r>
      <w:r w:rsidR="00937F0B">
        <w:t>0</w:t>
      </w:r>
      <w:r w:rsidR="00C108C4">
        <w:t>8</w:t>
      </w:r>
      <w:r w:rsidR="000F43B8">
        <w:t>/</w:t>
      </w:r>
      <w:r w:rsidR="00C108C4">
        <w:t>10</w:t>
      </w:r>
      <w:r w:rsidR="000F43B8">
        <w:t>/2026</w:t>
      </w:r>
    </w:p>
    <w:p w14:paraId="23712F7E" w14:textId="603197F4" w:rsidR="00C97BD5" w:rsidRDefault="00B2654C">
      <w:r>
        <w:t xml:space="preserve">Location: </w:t>
      </w:r>
      <w:r w:rsidR="002809AB">
        <w:t xml:space="preserve">Maintenance </w:t>
      </w:r>
      <w:r w:rsidR="000F43B8">
        <w:t>B</w:t>
      </w:r>
      <w:r w:rsidR="002809AB">
        <w:t>uilding</w:t>
      </w:r>
    </w:p>
    <w:p w14:paraId="4837C6D2" w14:textId="77777777" w:rsidR="00C97BD5" w:rsidRDefault="00B2654C">
      <w:pPr>
        <w:pStyle w:val="Heading2"/>
      </w:pPr>
      <w:r>
        <w:t>Call to Order</w:t>
      </w:r>
    </w:p>
    <w:p w14:paraId="1ED33C29" w14:textId="3ED47602" w:rsidR="00C97BD5" w:rsidRDefault="00B2654C">
      <w:r>
        <w:t xml:space="preserve">The </w:t>
      </w:r>
      <w:r w:rsidR="001676FF">
        <w:t>regular</w:t>
      </w:r>
      <w:r>
        <w:t xml:space="preserve"> meeting of the Richfield Township Zoning Commission was called to order by Chairperson </w:t>
      </w:r>
      <w:r w:rsidR="002372F1">
        <w:t>Doug R</w:t>
      </w:r>
      <w:r>
        <w:t xml:space="preserve"> at </w:t>
      </w:r>
      <w:r w:rsidR="00B87AA7">
        <w:t>1</w:t>
      </w:r>
      <w:r w:rsidR="001676FF">
        <w:t>90</w:t>
      </w:r>
      <w:r w:rsidR="00C108C4">
        <w:t>4</w:t>
      </w:r>
      <w:r w:rsidR="00435F1E">
        <w:t>.</w:t>
      </w:r>
    </w:p>
    <w:p w14:paraId="28B7AA84" w14:textId="59056B84" w:rsidR="00C97BD5" w:rsidRDefault="00B2654C">
      <w:r>
        <w:t xml:space="preserve">Present were: </w:t>
      </w:r>
      <w:r w:rsidR="002372F1">
        <w:t>Doug</w:t>
      </w:r>
      <w:r w:rsidR="00BC7122">
        <w:t xml:space="preserve"> R</w:t>
      </w:r>
      <w:r w:rsidR="002372F1">
        <w:t>, Travis</w:t>
      </w:r>
      <w:r w:rsidR="00BC7122">
        <w:t xml:space="preserve"> G</w:t>
      </w:r>
      <w:r w:rsidR="002372F1">
        <w:t>, Don</w:t>
      </w:r>
      <w:r w:rsidR="00645AFB">
        <w:t xml:space="preserve"> R</w:t>
      </w:r>
      <w:r w:rsidR="002372F1">
        <w:t xml:space="preserve">, </w:t>
      </w:r>
      <w:r w:rsidR="00C34E7D">
        <w:t>Dianne M</w:t>
      </w:r>
      <w:r w:rsidR="00CC4EC5">
        <w:t>,</w:t>
      </w:r>
      <w:r w:rsidR="00C34E7D">
        <w:t xml:space="preserve"> Todd L, &amp;</w:t>
      </w:r>
      <w:r w:rsidR="005034F5">
        <w:t xml:space="preserve"> Zach M</w:t>
      </w:r>
      <w:r w:rsidR="00C34E7D">
        <w:t>.</w:t>
      </w:r>
    </w:p>
    <w:p w14:paraId="29155795" w14:textId="593F260F" w:rsidR="00C97BD5" w:rsidRDefault="00B2654C">
      <w:pPr>
        <w:pStyle w:val="Heading2"/>
      </w:pPr>
      <w:r>
        <w:t>Approval of Minutes</w:t>
      </w:r>
      <w:r w:rsidR="00F347B4">
        <w:t xml:space="preserve"> </w:t>
      </w:r>
    </w:p>
    <w:p w14:paraId="56F5D72C" w14:textId="321A062C" w:rsidR="00C404D5" w:rsidRDefault="00DB2E05" w:rsidP="00C404D5">
      <w:r>
        <w:t>The minutes from the 0</w:t>
      </w:r>
      <w:r w:rsidR="00894B95">
        <w:t>6</w:t>
      </w:r>
      <w:r>
        <w:t>/</w:t>
      </w:r>
      <w:r w:rsidR="00894B95">
        <w:t>08</w:t>
      </w:r>
      <w:r>
        <w:t>/2026 meeting were read by Travis. A motion to approve was made by Doug and seconded by D</w:t>
      </w:r>
      <w:r w:rsidR="00894B95">
        <w:t>ianne</w:t>
      </w:r>
      <w:r>
        <w:t xml:space="preserve">. </w:t>
      </w:r>
      <w:r w:rsidR="005708EE">
        <w:t>Roll call vote: Unanimous approval.</w:t>
      </w:r>
    </w:p>
    <w:p w14:paraId="554B72DD" w14:textId="54E07EE7" w:rsidR="00894B95" w:rsidRDefault="00894B95" w:rsidP="00894B95">
      <w:r>
        <w:t>The minutes from the 0</w:t>
      </w:r>
      <w:r w:rsidR="00D77067">
        <w:t>7</w:t>
      </w:r>
      <w:r>
        <w:t>/0</w:t>
      </w:r>
      <w:r w:rsidR="00D77067">
        <w:t>6</w:t>
      </w:r>
      <w:r>
        <w:t>/2026 meeting were read by Travis. A motion to approve was made by Doug and seconded by Dianne. Roll call vote: Unanimous approval.</w:t>
      </w:r>
    </w:p>
    <w:p w14:paraId="088AC553" w14:textId="02F0A29D" w:rsidR="00894B95" w:rsidRDefault="00894B95" w:rsidP="00894B95">
      <w:r>
        <w:t>The minutes from the 0</w:t>
      </w:r>
      <w:r w:rsidR="00D77067">
        <w:t>7</w:t>
      </w:r>
      <w:r>
        <w:t>/</w:t>
      </w:r>
      <w:r w:rsidR="00D77067">
        <w:t>27</w:t>
      </w:r>
      <w:r>
        <w:t>/2026 meeting were read by Travis. A motion to approve was made by Doug and seconded by Dianne. Roll call vote: Unanimous approval.</w:t>
      </w:r>
    </w:p>
    <w:p w14:paraId="5483A11C" w14:textId="77777777" w:rsidR="00AB4631" w:rsidRDefault="00A17F6D" w:rsidP="00AB4631">
      <w:pPr>
        <w:pStyle w:val="Heading2"/>
      </w:pPr>
      <w:r>
        <w:t>Old Business</w:t>
      </w:r>
      <w:r w:rsidR="00AB4631">
        <w:t xml:space="preserve"> </w:t>
      </w:r>
    </w:p>
    <w:p w14:paraId="306F19AC" w14:textId="5BAEDF8F" w:rsidR="00F04748" w:rsidRDefault="00060B6C" w:rsidP="00F04748">
      <w:r w:rsidRPr="00677A14">
        <w:rPr>
          <w:b/>
          <w:bCs/>
        </w:rPr>
        <w:t>Zoning Code &amp; Comprehensive plan</w:t>
      </w:r>
      <w:r w:rsidR="00677A14" w:rsidRPr="00677A14">
        <w:rPr>
          <w:b/>
          <w:bCs/>
        </w:rPr>
        <w:t>:</w:t>
      </w:r>
      <w:r w:rsidR="00677A14">
        <w:t xml:space="preserve"> </w:t>
      </w:r>
      <w:r w:rsidR="002F67C4">
        <w:t xml:space="preserve">Trustee’s received our recommendation. They scheduled their public hearing for 08/17/2026 at 6pm </w:t>
      </w:r>
      <w:r w:rsidR="003A21FA">
        <w:t xml:space="preserve">at the Richfield Fire Station. </w:t>
      </w:r>
    </w:p>
    <w:p w14:paraId="31326F1B" w14:textId="646C00D2" w:rsidR="003A21FA" w:rsidRPr="003A21FA" w:rsidRDefault="003A21FA" w:rsidP="00F04748">
      <w:r w:rsidRPr="00B114E3">
        <w:rPr>
          <w:b/>
          <w:bCs/>
        </w:rPr>
        <w:t>Zoning SharePoint:</w:t>
      </w:r>
      <w:r>
        <w:rPr>
          <w:b/>
          <w:bCs/>
        </w:rPr>
        <w:t xml:space="preserve"> </w:t>
      </w:r>
      <w:r>
        <w:t xml:space="preserve">Travis is working Linda to get his email up in running to access Zoning SharePoint. </w:t>
      </w:r>
    </w:p>
    <w:p w14:paraId="5FFB78AE" w14:textId="2FDD3694" w:rsidR="00AB4631" w:rsidRDefault="00AB4631" w:rsidP="00AB4631">
      <w:pPr>
        <w:pStyle w:val="Heading2"/>
      </w:pPr>
      <w:r>
        <w:t>New Business</w:t>
      </w:r>
    </w:p>
    <w:p w14:paraId="1C350C81" w14:textId="49E8AF2A" w:rsidR="00D0117A" w:rsidRPr="005F0FF7" w:rsidRDefault="00D0117A" w:rsidP="00060B6C">
      <w:r w:rsidRPr="00B114E3">
        <w:rPr>
          <w:b/>
          <w:bCs/>
        </w:rPr>
        <w:t>26-1</w:t>
      </w:r>
      <w:r w:rsidR="003A21FA">
        <w:rPr>
          <w:b/>
          <w:bCs/>
        </w:rPr>
        <w:t>7</w:t>
      </w:r>
      <w:r w:rsidRPr="00B114E3">
        <w:rPr>
          <w:b/>
          <w:bCs/>
        </w:rPr>
        <w:t>:</w:t>
      </w:r>
      <w:r w:rsidR="00551913">
        <w:rPr>
          <w:b/>
          <w:bCs/>
        </w:rPr>
        <w:t xml:space="preserve"> </w:t>
      </w:r>
      <w:r w:rsidR="00551913">
        <w:t xml:space="preserve">4660 Richfield Center. </w:t>
      </w:r>
      <w:proofErr w:type="spellStart"/>
      <w:r w:rsidR="00551913">
        <w:t>Mr</w:t>
      </w:r>
      <w:proofErr w:type="spellEnd"/>
      <w:r w:rsidR="00551913">
        <w:t xml:space="preserve"> Darrel Cz</w:t>
      </w:r>
      <w:r w:rsidR="00964012">
        <w:t>izek. New pool &amp; pole barn. 38</w:t>
      </w:r>
      <w:r w:rsidR="00F0320D">
        <w:t xml:space="preserve">x18 pool, 8” deep, below ground. </w:t>
      </w:r>
      <w:r w:rsidR="005F0FF7">
        <w:t>The pool has already been dug and filled</w:t>
      </w:r>
      <w:r w:rsidR="00642995">
        <w:t>, fence has not been installed yet</w:t>
      </w:r>
      <w:r w:rsidR="005F0FF7">
        <w:t xml:space="preserve">. </w:t>
      </w:r>
      <w:proofErr w:type="spellStart"/>
      <w:r w:rsidR="005F0FF7">
        <w:t>Mr</w:t>
      </w:r>
      <w:proofErr w:type="spellEnd"/>
      <w:r w:rsidR="005F0FF7">
        <w:t xml:space="preserve"> </w:t>
      </w:r>
      <w:proofErr w:type="spellStart"/>
      <w:r w:rsidR="005F0FF7">
        <w:t>Czizek</w:t>
      </w:r>
      <w:proofErr w:type="spellEnd"/>
      <w:r w:rsidR="005F0FF7">
        <w:t xml:space="preserve"> did not realize he needed </w:t>
      </w:r>
      <w:r w:rsidR="00F53748">
        <w:t xml:space="preserve">a permit. Inspector Zack has been in contact with </w:t>
      </w:r>
      <w:proofErr w:type="spellStart"/>
      <w:r w:rsidR="00642995">
        <w:t>Mr</w:t>
      </w:r>
      <w:proofErr w:type="spellEnd"/>
      <w:r w:rsidR="00642995">
        <w:t xml:space="preserve"> </w:t>
      </w:r>
      <w:proofErr w:type="spellStart"/>
      <w:r w:rsidR="00642995">
        <w:t>Czizek</w:t>
      </w:r>
      <w:proofErr w:type="spellEnd"/>
      <w:r w:rsidR="00642995">
        <w:t xml:space="preserve"> and he has been very responsive. </w:t>
      </w:r>
    </w:p>
    <w:p w14:paraId="1C86522A" w14:textId="304B784F" w:rsidR="003E5974" w:rsidRPr="00677A14" w:rsidRDefault="003E5974" w:rsidP="00060B6C">
      <w:r w:rsidRPr="00B114E3">
        <w:rPr>
          <w:b/>
          <w:bCs/>
        </w:rPr>
        <w:t>Zoning Violations:</w:t>
      </w:r>
      <w:r>
        <w:t xml:space="preserve"> </w:t>
      </w:r>
      <w:r w:rsidR="00D2711E">
        <w:t xml:space="preserve">Zach presented he received a call about grass overgrown at house on </w:t>
      </w:r>
      <w:proofErr w:type="spellStart"/>
      <w:r w:rsidR="00D2711E">
        <w:t>murd</w:t>
      </w:r>
      <w:proofErr w:type="spellEnd"/>
      <w:r w:rsidR="00D2711E">
        <w:t xml:space="preserve"> road, no address was given. </w:t>
      </w:r>
    </w:p>
    <w:p w14:paraId="4E3F5DF8" w14:textId="1BFC54C8" w:rsidR="00C97BD5" w:rsidRDefault="00B2654C">
      <w:pPr>
        <w:pStyle w:val="Heading2"/>
      </w:pPr>
      <w:r>
        <w:t>Public Comments</w:t>
      </w:r>
    </w:p>
    <w:p w14:paraId="16957412" w14:textId="745EBB44" w:rsidR="00D2711E" w:rsidRPr="00D2711E" w:rsidRDefault="00F856DE" w:rsidP="00D2711E">
      <w:r>
        <w:t>A resident presented 12129 Central Ave</w:t>
      </w:r>
      <w:r w:rsidR="003B067E">
        <w:t xml:space="preserve"> home is overgrown with weeds and grass. Was determined there has been family hardship the last few years. </w:t>
      </w:r>
      <w:r w:rsidR="00D61D54">
        <w:t xml:space="preserve">Zach will reach out to home owner / Uncle to discuss property maintenance. </w:t>
      </w:r>
    </w:p>
    <w:p w14:paraId="7EEF4151" w14:textId="77777777" w:rsidR="00B87F99" w:rsidRDefault="00B87F99">
      <w:pPr>
        <w:pStyle w:val="Heading2"/>
      </w:pPr>
      <w:r>
        <w:lastRenderedPageBreak/>
        <w:t>Complaints</w:t>
      </w:r>
    </w:p>
    <w:p w14:paraId="784A4983" w14:textId="036D303A" w:rsidR="00B87F99" w:rsidRPr="00B87F99" w:rsidRDefault="00B87F99" w:rsidP="00B87F99">
      <w:r>
        <w:t xml:space="preserve">No Complaints. </w:t>
      </w:r>
    </w:p>
    <w:p w14:paraId="729CF556" w14:textId="7B517480" w:rsidR="00C97BD5" w:rsidRDefault="00B2654C">
      <w:pPr>
        <w:pStyle w:val="Heading2"/>
      </w:pPr>
      <w:r>
        <w:t>Adjournment</w:t>
      </w:r>
    </w:p>
    <w:p w14:paraId="0A7CDDDB" w14:textId="60B25AB2" w:rsidR="00C97BD5" w:rsidRDefault="00B2654C">
      <w:r>
        <w:t xml:space="preserve">With no further business, a motion to adjourn was made by </w:t>
      </w:r>
      <w:r w:rsidR="0005445C">
        <w:t>Do</w:t>
      </w:r>
      <w:r w:rsidR="00B168F5">
        <w:t>ug</w:t>
      </w:r>
      <w:r>
        <w:t xml:space="preserve"> at </w:t>
      </w:r>
      <w:r w:rsidR="00B168F5">
        <w:t>1950</w:t>
      </w:r>
      <w:r w:rsidR="0005445C">
        <w:t>.</w:t>
      </w:r>
      <w:r>
        <w:t xml:space="preserve"> </w:t>
      </w:r>
      <w:r w:rsidR="001000FA">
        <w:t>S</w:t>
      </w:r>
      <w:r>
        <w:t xml:space="preserve">econded by </w:t>
      </w:r>
      <w:r w:rsidR="006674ED">
        <w:t>Do</w:t>
      </w:r>
      <w:r w:rsidR="00B168F5">
        <w:t>n</w:t>
      </w:r>
      <w:r>
        <w:t xml:space="preserve">. Roll call vote: </w:t>
      </w:r>
      <w:r w:rsidR="0005445C">
        <w:t>Unanimous</w:t>
      </w:r>
      <w:r w:rsidR="00D546FB">
        <w:t xml:space="preserve"> approval</w:t>
      </w:r>
      <w:r w:rsidR="002E6868">
        <w:t xml:space="preserve">. </w:t>
      </w:r>
    </w:p>
    <w:p w14:paraId="7357C68A" w14:textId="11BDF30F" w:rsidR="00C97BD5" w:rsidRDefault="00B2654C">
      <w:r>
        <w:br/>
        <w:t xml:space="preserve">Submitted by: </w:t>
      </w:r>
      <w:r w:rsidR="0005445C">
        <w:t xml:space="preserve">Travis Garlick </w:t>
      </w:r>
    </w:p>
    <w:sectPr w:rsidR="00C97B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A102C" w14:textId="77777777" w:rsidR="00C92649" w:rsidRDefault="00C92649" w:rsidP="002809AB">
      <w:pPr>
        <w:spacing w:after="0" w:line="240" w:lineRule="auto"/>
      </w:pPr>
      <w:r>
        <w:separator/>
      </w:r>
    </w:p>
  </w:endnote>
  <w:endnote w:type="continuationSeparator" w:id="0">
    <w:p w14:paraId="4B01B130" w14:textId="77777777" w:rsidR="00C92649" w:rsidRDefault="00C92649" w:rsidP="00280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1A55D" w14:textId="77777777" w:rsidR="00C92649" w:rsidRDefault="00C92649" w:rsidP="002809AB">
      <w:pPr>
        <w:spacing w:after="0" w:line="240" w:lineRule="auto"/>
      </w:pPr>
      <w:r>
        <w:separator/>
      </w:r>
    </w:p>
  </w:footnote>
  <w:footnote w:type="continuationSeparator" w:id="0">
    <w:p w14:paraId="2237B947" w14:textId="77777777" w:rsidR="00C92649" w:rsidRDefault="00C92649" w:rsidP="002809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0C7E48"/>
    <w:multiLevelType w:val="hybridMultilevel"/>
    <w:tmpl w:val="25AEC6A8"/>
    <w:lvl w:ilvl="0" w:tplc="992493C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8928B2"/>
    <w:multiLevelType w:val="hybridMultilevel"/>
    <w:tmpl w:val="A92A4D98"/>
    <w:lvl w:ilvl="0" w:tplc="3752A66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B1A04"/>
    <w:multiLevelType w:val="hybridMultilevel"/>
    <w:tmpl w:val="D786E048"/>
    <w:lvl w:ilvl="0" w:tplc="8AAA36C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24758"/>
    <w:multiLevelType w:val="hybridMultilevel"/>
    <w:tmpl w:val="AFAE1362"/>
    <w:lvl w:ilvl="0" w:tplc="E012B06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327FF9"/>
    <w:multiLevelType w:val="hybridMultilevel"/>
    <w:tmpl w:val="A4A4B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116A2"/>
    <w:multiLevelType w:val="hybridMultilevel"/>
    <w:tmpl w:val="32A89E36"/>
    <w:lvl w:ilvl="0" w:tplc="34D2B56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45573">
    <w:abstractNumId w:val="8"/>
  </w:num>
  <w:num w:numId="2" w16cid:durableId="962886799">
    <w:abstractNumId w:val="6"/>
  </w:num>
  <w:num w:numId="3" w16cid:durableId="1438023059">
    <w:abstractNumId w:val="5"/>
  </w:num>
  <w:num w:numId="4" w16cid:durableId="1494490161">
    <w:abstractNumId w:val="4"/>
  </w:num>
  <w:num w:numId="5" w16cid:durableId="966542412">
    <w:abstractNumId w:val="7"/>
  </w:num>
  <w:num w:numId="6" w16cid:durableId="2121299354">
    <w:abstractNumId w:val="3"/>
  </w:num>
  <w:num w:numId="7" w16cid:durableId="1774787023">
    <w:abstractNumId w:val="2"/>
  </w:num>
  <w:num w:numId="8" w16cid:durableId="1729305434">
    <w:abstractNumId w:val="1"/>
  </w:num>
  <w:num w:numId="9" w16cid:durableId="26805999">
    <w:abstractNumId w:val="0"/>
  </w:num>
  <w:num w:numId="10" w16cid:durableId="451246995">
    <w:abstractNumId w:val="14"/>
  </w:num>
  <w:num w:numId="11" w16cid:durableId="1658148135">
    <w:abstractNumId w:val="12"/>
  </w:num>
  <w:num w:numId="12" w16cid:durableId="1830101168">
    <w:abstractNumId w:val="11"/>
  </w:num>
  <w:num w:numId="13" w16cid:durableId="1537427851">
    <w:abstractNumId w:val="10"/>
  </w:num>
  <w:num w:numId="14" w16cid:durableId="2038777062">
    <w:abstractNumId w:val="13"/>
  </w:num>
  <w:num w:numId="15" w16cid:durableId="9203387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62E"/>
    <w:rsid w:val="00022D70"/>
    <w:rsid w:val="00022F51"/>
    <w:rsid w:val="00023179"/>
    <w:rsid w:val="00031A2F"/>
    <w:rsid w:val="00034616"/>
    <w:rsid w:val="0003697D"/>
    <w:rsid w:val="00044B49"/>
    <w:rsid w:val="00050590"/>
    <w:rsid w:val="0005445C"/>
    <w:rsid w:val="000567CB"/>
    <w:rsid w:val="0006063C"/>
    <w:rsid w:val="00060B6C"/>
    <w:rsid w:val="0007043C"/>
    <w:rsid w:val="0008334E"/>
    <w:rsid w:val="000876E7"/>
    <w:rsid w:val="00093773"/>
    <w:rsid w:val="000B3D5D"/>
    <w:rsid w:val="000C1D5A"/>
    <w:rsid w:val="000C4C37"/>
    <w:rsid w:val="000D526C"/>
    <w:rsid w:val="000D725B"/>
    <w:rsid w:val="000F2ED7"/>
    <w:rsid w:val="000F43B8"/>
    <w:rsid w:val="001000FA"/>
    <w:rsid w:val="00102D1A"/>
    <w:rsid w:val="00105C82"/>
    <w:rsid w:val="00107166"/>
    <w:rsid w:val="0012250C"/>
    <w:rsid w:val="00150052"/>
    <w:rsid w:val="0015074B"/>
    <w:rsid w:val="00151CEB"/>
    <w:rsid w:val="001676FF"/>
    <w:rsid w:val="00171EFF"/>
    <w:rsid w:val="00175DCB"/>
    <w:rsid w:val="00185F26"/>
    <w:rsid w:val="0018757B"/>
    <w:rsid w:val="00196308"/>
    <w:rsid w:val="001A79C8"/>
    <w:rsid w:val="001C1B17"/>
    <w:rsid w:val="001C3B8F"/>
    <w:rsid w:val="001C4EFB"/>
    <w:rsid w:val="001D3865"/>
    <w:rsid w:val="001E2579"/>
    <w:rsid w:val="001E5145"/>
    <w:rsid w:val="00203729"/>
    <w:rsid w:val="002043ED"/>
    <w:rsid w:val="0020446C"/>
    <w:rsid w:val="002071D0"/>
    <w:rsid w:val="00217308"/>
    <w:rsid w:val="002204ED"/>
    <w:rsid w:val="00221727"/>
    <w:rsid w:val="002278C2"/>
    <w:rsid w:val="002314D9"/>
    <w:rsid w:val="00231834"/>
    <w:rsid w:val="00231B4E"/>
    <w:rsid w:val="00232188"/>
    <w:rsid w:val="002372F1"/>
    <w:rsid w:val="0024223F"/>
    <w:rsid w:val="00244851"/>
    <w:rsid w:val="00261517"/>
    <w:rsid w:val="00277581"/>
    <w:rsid w:val="002809AB"/>
    <w:rsid w:val="002816E2"/>
    <w:rsid w:val="00281826"/>
    <w:rsid w:val="00285F06"/>
    <w:rsid w:val="0029639D"/>
    <w:rsid w:val="002B0401"/>
    <w:rsid w:val="002B0E47"/>
    <w:rsid w:val="002B1950"/>
    <w:rsid w:val="002B2992"/>
    <w:rsid w:val="002B7FBE"/>
    <w:rsid w:val="002C7554"/>
    <w:rsid w:val="002D25A0"/>
    <w:rsid w:val="002D4B29"/>
    <w:rsid w:val="002D4E2F"/>
    <w:rsid w:val="002E0C28"/>
    <w:rsid w:val="002E6868"/>
    <w:rsid w:val="002F0A00"/>
    <w:rsid w:val="002F4C34"/>
    <w:rsid w:val="002F67C4"/>
    <w:rsid w:val="00301935"/>
    <w:rsid w:val="00316283"/>
    <w:rsid w:val="00322255"/>
    <w:rsid w:val="0032369E"/>
    <w:rsid w:val="00326F90"/>
    <w:rsid w:val="00332F25"/>
    <w:rsid w:val="0034607C"/>
    <w:rsid w:val="00367D42"/>
    <w:rsid w:val="0037656E"/>
    <w:rsid w:val="0037709E"/>
    <w:rsid w:val="003770BE"/>
    <w:rsid w:val="00384B4A"/>
    <w:rsid w:val="00394FE3"/>
    <w:rsid w:val="003A21FA"/>
    <w:rsid w:val="003B067E"/>
    <w:rsid w:val="003C5404"/>
    <w:rsid w:val="003C619D"/>
    <w:rsid w:val="003E4BB4"/>
    <w:rsid w:val="003E5974"/>
    <w:rsid w:val="003E7BA1"/>
    <w:rsid w:val="003F77F9"/>
    <w:rsid w:val="00403D32"/>
    <w:rsid w:val="004110F0"/>
    <w:rsid w:val="00420310"/>
    <w:rsid w:val="00435F1E"/>
    <w:rsid w:val="00451672"/>
    <w:rsid w:val="00454602"/>
    <w:rsid w:val="00456A91"/>
    <w:rsid w:val="00457265"/>
    <w:rsid w:val="00470459"/>
    <w:rsid w:val="0047480C"/>
    <w:rsid w:val="004759D5"/>
    <w:rsid w:val="004809C0"/>
    <w:rsid w:val="00481692"/>
    <w:rsid w:val="0048406B"/>
    <w:rsid w:val="00485686"/>
    <w:rsid w:val="00485C1C"/>
    <w:rsid w:val="00486978"/>
    <w:rsid w:val="00492C06"/>
    <w:rsid w:val="004A0FAB"/>
    <w:rsid w:val="004A6501"/>
    <w:rsid w:val="004D4DEC"/>
    <w:rsid w:val="004E2A34"/>
    <w:rsid w:val="004F5F57"/>
    <w:rsid w:val="005034F5"/>
    <w:rsid w:val="0050692C"/>
    <w:rsid w:val="00511F80"/>
    <w:rsid w:val="005131BF"/>
    <w:rsid w:val="00513AE4"/>
    <w:rsid w:val="00516AF7"/>
    <w:rsid w:val="0052357E"/>
    <w:rsid w:val="00533827"/>
    <w:rsid w:val="00551913"/>
    <w:rsid w:val="00563B02"/>
    <w:rsid w:val="005708EE"/>
    <w:rsid w:val="00580093"/>
    <w:rsid w:val="00585BDD"/>
    <w:rsid w:val="00591766"/>
    <w:rsid w:val="005A69CD"/>
    <w:rsid w:val="005B4281"/>
    <w:rsid w:val="005C3420"/>
    <w:rsid w:val="005C7BE6"/>
    <w:rsid w:val="005D02C4"/>
    <w:rsid w:val="005D71BA"/>
    <w:rsid w:val="005E10E2"/>
    <w:rsid w:val="005E69F9"/>
    <w:rsid w:val="005F0FF7"/>
    <w:rsid w:val="005F1128"/>
    <w:rsid w:val="005F4965"/>
    <w:rsid w:val="005F5FD1"/>
    <w:rsid w:val="006024A4"/>
    <w:rsid w:val="0060321F"/>
    <w:rsid w:val="006036C9"/>
    <w:rsid w:val="00605778"/>
    <w:rsid w:val="00605931"/>
    <w:rsid w:val="00612764"/>
    <w:rsid w:val="0061768F"/>
    <w:rsid w:val="00617ACF"/>
    <w:rsid w:val="006345F6"/>
    <w:rsid w:val="00642995"/>
    <w:rsid w:val="0064542B"/>
    <w:rsid w:val="00645AFB"/>
    <w:rsid w:val="00654D38"/>
    <w:rsid w:val="00655A65"/>
    <w:rsid w:val="006674ED"/>
    <w:rsid w:val="00677A14"/>
    <w:rsid w:val="00687E8F"/>
    <w:rsid w:val="00695AE9"/>
    <w:rsid w:val="006A178C"/>
    <w:rsid w:val="006B788B"/>
    <w:rsid w:val="006C50A1"/>
    <w:rsid w:val="006C61C5"/>
    <w:rsid w:val="006D14F9"/>
    <w:rsid w:val="006D42C5"/>
    <w:rsid w:val="006D74AE"/>
    <w:rsid w:val="006D78ED"/>
    <w:rsid w:val="006E1B3E"/>
    <w:rsid w:val="006E372B"/>
    <w:rsid w:val="006F097F"/>
    <w:rsid w:val="006F4F2F"/>
    <w:rsid w:val="00700EFE"/>
    <w:rsid w:val="007039C4"/>
    <w:rsid w:val="0070514B"/>
    <w:rsid w:val="00707AC1"/>
    <w:rsid w:val="007179DC"/>
    <w:rsid w:val="007204CC"/>
    <w:rsid w:val="0073044E"/>
    <w:rsid w:val="00752096"/>
    <w:rsid w:val="00765A5C"/>
    <w:rsid w:val="0077216E"/>
    <w:rsid w:val="00776921"/>
    <w:rsid w:val="00782248"/>
    <w:rsid w:val="0078679F"/>
    <w:rsid w:val="00787A24"/>
    <w:rsid w:val="007929BE"/>
    <w:rsid w:val="0079581B"/>
    <w:rsid w:val="00797AD7"/>
    <w:rsid w:val="007A4BB2"/>
    <w:rsid w:val="007A66E1"/>
    <w:rsid w:val="007B67AB"/>
    <w:rsid w:val="007C001A"/>
    <w:rsid w:val="007C1666"/>
    <w:rsid w:val="007D2F72"/>
    <w:rsid w:val="007D70D8"/>
    <w:rsid w:val="007F082C"/>
    <w:rsid w:val="007F246E"/>
    <w:rsid w:val="008139B2"/>
    <w:rsid w:val="00817A15"/>
    <w:rsid w:val="00822E86"/>
    <w:rsid w:val="00824099"/>
    <w:rsid w:val="008242DC"/>
    <w:rsid w:val="00832908"/>
    <w:rsid w:val="00836736"/>
    <w:rsid w:val="0084668E"/>
    <w:rsid w:val="00855332"/>
    <w:rsid w:val="00856E78"/>
    <w:rsid w:val="008579CF"/>
    <w:rsid w:val="0086422A"/>
    <w:rsid w:val="00877E0A"/>
    <w:rsid w:val="00891C54"/>
    <w:rsid w:val="0089335C"/>
    <w:rsid w:val="00894B95"/>
    <w:rsid w:val="008A319C"/>
    <w:rsid w:val="008A5E54"/>
    <w:rsid w:val="008E11C2"/>
    <w:rsid w:val="008E2BA5"/>
    <w:rsid w:val="008E5FB1"/>
    <w:rsid w:val="008E6BC0"/>
    <w:rsid w:val="009050C1"/>
    <w:rsid w:val="009259F6"/>
    <w:rsid w:val="00937F0B"/>
    <w:rsid w:val="00940CB5"/>
    <w:rsid w:val="00961E9F"/>
    <w:rsid w:val="00964012"/>
    <w:rsid w:val="00967137"/>
    <w:rsid w:val="00971373"/>
    <w:rsid w:val="00971622"/>
    <w:rsid w:val="00995D6D"/>
    <w:rsid w:val="009A030E"/>
    <w:rsid w:val="009A4874"/>
    <w:rsid w:val="009A4CB8"/>
    <w:rsid w:val="009A5678"/>
    <w:rsid w:val="009B06BE"/>
    <w:rsid w:val="009C0319"/>
    <w:rsid w:val="009D0D34"/>
    <w:rsid w:val="009D4721"/>
    <w:rsid w:val="009E0107"/>
    <w:rsid w:val="00A01E20"/>
    <w:rsid w:val="00A12139"/>
    <w:rsid w:val="00A17F6D"/>
    <w:rsid w:val="00A315F4"/>
    <w:rsid w:val="00A507FB"/>
    <w:rsid w:val="00A76024"/>
    <w:rsid w:val="00A810DC"/>
    <w:rsid w:val="00A817FF"/>
    <w:rsid w:val="00A9249A"/>
    <w:rsid w:val="00A92AA4"/>
    <w:rsid w:val="00A93738"/>
    <w:rsid w:val="00A97124"/>
    <w:rsid w:val="00AA1D8D"/>
    <w:rsid w:val="00AA6581"/>
    <w:rsid w:val="00AB4631"/>
    <w:rsid w:val="00AB739D"/>
    <w:rsid w:val="00AC3CC5"/>
    <w:rsid w:val="00AF0D33"/>
    <w:rsid w:val="00AF5C3F"/>
    <w:rsid w:val="00B0424F"/>
    <w:rsid w:val="00B114E3"/>
    <w:rsid w:val="00B14BA1"/>
    <w:rsid w:val="00B16444"/>
    <w:rsid w:val="00B168F5"/>
    <w:rsid w:val="00B16E1C"/>
    <w:rsid w:val="00B21F34"/>
    <w:rsid w:val="00B22CF6"/>
    <w:rsid w:val="00B2654C"/>
    <w:rsid w:val="00B36084"/>
    <w:rsid w:val="00B37B7E"/>
    <w:rsid w:val="00B43C73"/>
    <w:rsid w:val="00B47730"/>
    <w:rsid w:val="00B54452"/>
    <w:rsid w:val="00B54BEF"/>
    <w:rsid w:val="00B56E1E"/>
    <w:rsid w:val="00B61731"/>
    <w:rsid w:val="00B87AA7"/>
    <w:rsid w:val="00B87F99"/>
    <w:rsid w:val="00BA73E6"/>
    <w:rsid w:val="00BB74EB"/>
    <w:rsid w:val="00BC3C16"/>
    <w:rsid w:val="00BC7122"/>
    <w:rsid w:val="00BD1621"/>
    <w:rsid w:val="00BD4D63"/>
    <w:rsid w:val="00BF052F"/>
    <w:rsid w:val="00BF3375"/>
    <w:rsid w:val="00BF3E65"/>
    <w:rsid w:val="00C0087E"/>
    <w:rsid w:val="00C04959"/>
    <w:rsid w:val="00C108C4"/>
    <w:rsid w:val="00C1096A"/>
    <w:rsid w:val="00C1478A"/>
    <w:rsid w:val="00C1704D"/>
    <w:rsid w:val="00C207C2"/>
    <w:rsid w:val="00C20E9E"/>
    <w:rsid w:val="00C25470"/>
    <w:rsid w:val="00C342BB"/>
    <w:rsid w:val="00C34E7D"/>
    <w:rsid w:val="00C3723F"/>
    <w:rsid w:val="00C377C2"/>
    <w:rsid w:val="00C404D5"/>
    <w:rsid w:val="00C47287"/>
    <w:rsid w:val="00C47693"/>
    <w:rsid w:val="00C619F4"/>
    <w:rsid w:val="00C61DDC"/>
    <w:rsid w:val="00C734FF"/>
    <w:rsid w:val="00C74998"/>
    <w:rsid w:val="00C76C09"/>
    <w:rsid w:val="00C81408"/>
    <w:rsid w:val="00C839F6"/>
    <w:rsid w:val="00C84747"/>
    <w:rsid w:val="00C92649"/>
    <w:rsid w:val="00C97BD5"/>
    <w:rsid w:val="00CA07BD"/>
    <w:rsid w:val="00CA26AA"/>
    <w:rsid w:val="00CB0664"/>
    <w:rsid w:val="00CB5920"/>
    <w:rsid w:val="00CC4EC5"/>
    <w:rsid w:val="00CD517C"/>
    <w:rsid w:val="00CF1FF7"/>
    <w:rsid w:val="00D0117A"/>
    <w:rsid w:val="00D0780A"/>
    <w:rsid w:val="00D17AE7"/>
    <w:rsid w:val="00D25092"/>
    <w:rsid w:val="00D2711E"/>
    <w:rsid w:val="00D345B3"/>
    <w:rsid w:val="00D36C6A"/>
    <w:rsid w:val="00D546FB"/>
    <w:rsid w:val="00D61D54"/>
    <w:rsid w:val="00D64350"/>
    <w:rsid w:val="00D7038E"/>
    <w:rsid w:val="00D77067"/>
    <w:rsid w:val="00D80A2C"/>
    <w:rsid w:val="00D80A63"/>
    <w:rsid w:val="00D94B6A"/>
    <w:rsid w:val="00DB0B32"/>
    <w:rsid w:val="00DB10A8"/>
    <w:rsid w:val="00DB2E05"/>
    <w:rsid w:val="00DB7343"/>
    <w:rsid w:val="00DC11FB"/>
    <w:rsid w:val="00DC47E6"/>
    <w:rsid w:val="00DC68C0"/>
    <w:rsid w:val="00DD4631"/>
    <w:rsid w:val="00DD6504"/>
    <w:rsid w:val="00DE2BC3"/>
    <w:rsid w:val="00DF357A"/>
    <w:rsid w:val="00DF4D40"/>
    <w:rsid w:val="00DF7CF9"/>
    <w:rsid w:val="00DF7D67"/>
    <w:rsid w:val="00DF7FC6"/>
    <w:rsid w:val="00E015A1"/>
    <w:rsid w:val="00E01FDB"/>
    <w:rsid w:val="00E06B59"/>
    <w:rsid w:val="00E13992"/>
    <w:rsid w:val="00E161B0"/>
    <w:rsid w:val="00E219CB"/>
    <w:rsid w:val="00E3279A"/>
    <w:rsid w:val="00E3720A"/>
    <w:rsid w:val="00E533B2"/>
    <w:rsid w:val="00E56997"/>
    <w:rsid w:val="00E577F6"/>
    <w:rsid w:val="00E6111B"/>
    <w:rsid w:val="00E656DE"/>
    <w:rsid w:val="00E762F4"/>
    <w:rsid w:val="00E77EB5"/>
    <w:rsid w:val="00E81ED6"/>
    <w:rsid w:val="00E82A9E"/>
    <w:rsid w:val="00E84C73"/>
    <w:rsid w:val="00EA2EEB"/>
    <w:rsid w:val="00EA3D66"/>
    <w:rsid w:val="00EA758F"/>
    <w:rsid w:val="00EB60DA"/>
    <w:rsid w:val="00EB7B81"/>
    <w:rsid w:val="00ED61AA"/>
    <w:rsid w:val="00EE039B"/>
    <w:rsid w:val="00EE4E1E"/>
    <w:rsid w:val="00EE766A"/>
    <w:rsid w:val="00F0320D"/>
    <w:rsid w:val="00F04748"/>
    <w:rsid w:val="00F07C87"/>
    <w:rsid w:val="00F117C7"/>
    <w:rsid w:val="00F27B01"/>
    <w:rsid w:val="00F30090"/>
    <w:rsid w:val="00F317C6"/>
    <w:rsid w:val="00F347B4"/>
    <w:rsid w:val="00F53748"/>
    <w:rsid w:val="00F6283F"/>
    <w:rsid w:val="00F62DC0"/>
    <w:rsid w:val="00F856DE"/>
    <w:rsid w:val="00F93D35"/>
    <w:rsid w:val="00F94AB3"/>
    <w:rsid w:val="00F950ED"/>
    <w:rsid w:val="00F9794A"/>
    <w:rsid w:val="00FA702C"/>
    <w:rsid w:val="00FB48EC"/>
    <w:rsid w:val="00FC693F"/>
    <w:rsid w:val="00FC758C"/>
    <w:rsid w:val="00FD5483"/>
    <w:rsid w:val="00FE35FE"/>
    <w:rsid w:val="00FF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7CB53E"/>
  <w14:defaultImageDpi w14:val="300"/>
  <w15:docId w15:val="{96A72E94-5CA0-4A5A-8380-6E9B8E0C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f0ee343-0c80-42be-aeac-d688e63ecf48}" enabled="0" method="" siteId="{af0ee343-0c80-42be-aeac-d688e63ecf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Travis Garlick</cp:lastModifiedBy>
  <cp:revision>8</cp:revision>
  <dcterms:created xsi:type="dcterms:W3CDTF">2026-08-12T14:21:00Z</dcterms:created>
  <dcterms:modified xsi:type="dcterms:W3CDTF">2026-09-14T17:49:00Z</dcterms:modified>
  <cp:category/>
</cp:coreProperties>
</file>